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Design Contract Template</w:t>
      </w:r>
    </w:p>
    <w:p>
      <w:r>
        <w:rPr>
          <w:i/>
          <w:color w:val="555555"/>
          <w:sz w:val="18"/>
        </w:rPr>
        <w:t>Not legal advice. This template is a drafting starting point, provided for information only. Contract law differs by country and state, so have a qualified lawyer where you and your client are based review the final version before you sign it. Replace every [bracket], delete clauses that do not apply, and delete this note before sending.</w:t>
      </w:r>
    </w:p>
    <w:p>
      <w:r>
        <w:rPr>
          <w:color w:val="555555"/>
          <w:sz w:val="18"/>
        </w:rPr>
        <w:t>Source: https://agencypro.app/contracts/design-contract</w:t>
      </w:r>
    </w:p>
    <w:p>
      <w:pPr>
        <w:pStyle w:val="Heading1"/>
      </w:pPr>
      <w:r>
        <w:t>1. Parties &amp; Agreement</w:t>
      </w:r>
    </w:p>
    <w:p>
      <w:r>
        <w:t>This Design Services Agreement ("Agreement") is entered into as of [DATE] by and between:</w:t>
      </w:r>
    </w:p>
    <w:p>
      <w:r>
        <w:t>Designer: [YOUR NAME/STUDIO], located at [ADDRESS] ("Designer")</w:t>
      </w:r>
    </w:p>
    <w:p>
      <w:r>
        <w:t>Client: [CLIENT NAME/COMPANY], located at [ADDRESS] ("Client")</w:t>
      </w:r>
    </w:p>
    <w:p>
      <w:pPr>
        <w:pStyle w:val="Heading1"/>
      </w:pPr>
      <w:r>
        <w:t>2. Project Scope</w:t>
      </w:r>
    </w:p>
    <w:p>
      <w:r>
        <w:t>Designer agrees to provide the following design services:</w:t>
      </w:r>
    </w:p>
    <w:p>
      <w:r>
        <w:t>Project: [PROJECT NAME/DESCRIPTION]</w:t>
      </w:r>
    </w:p>
    <w:p>
      <w:r>
        <w:t>Deliverables:</w:t>
      </w:r>
    </w:p>
    <w:p>
      <w:pPr>
        <w:ind w:left="360"/>
      </w:pPr>
      <w:r>
        <w:t>- [e.g., Logo design: 3 initial concepts, 1 final design]</w:t>
      </w:r>
    </w:p>
    <w:p>
      <w:pPr>
        <w:ind w:left="360"/>
      </w:pPr>
      <w:r>
        <w:t>- [e.g., Brand identity package: logo, color palette, typography]</w:t>
      </w:r>
    </w:p>
    <w:p>
      <w:pPr>
        <w:ind w:left="360"/>
      </w:pPr>
      <w:r>
        <w:t>- [e.g., Website design: homepage, 5 interior pages, mobile layouts]</w:t>
      </w:r>
    </w:p>
    <w:p>
      <w:r>
        <w:t>File Formats: [e.g., AI, EPS, PNG, PDF, Figma]</w:t>
      </w:r>
    </w:p>
    <w:p>
      <w:r>
        <w:t>NOT Included: [e.g., printing, development, copywriting, photography]</w:t>
      </w:r>
    </w:p>
    <w:p>
      <w:pPr>
        <w:pStyle w:val="Heading1"/>
      </w:pPr>
      <w:r>
        <w:t>3. Design Process &amp; Timeline</w:t>
      </w:r>
    </w:p>
    <w:p>
      <w:r>
        <w:t>Phase 1 - Discovery: [X] days - Research, brief review, mood boards</w:t>
      </w:r>
    </w:p>
    <w:p>
      <w:r>
        <w:t>Phase 2 - Concepts: [X] days - [X] initial design concepts presented</w:t>
      </w:r>
    </w:p>
    <w:p>
      <w:r>
        <w:t>Phase 3 - Refinement: [X] days - Selected concept refined based on feedback</w:t>
      </w:r>
    </w:p>
    <w:p>
      <w:r>
        <w:t>Phase 4 - Finalization: [X] days - Final files prepared and delivered</w:t>
      </w:r>
    </w:p>
    <w:p>
      <w:r>
        <w:t>Total Timeline: Approximately [X] weeks from project kickoff</w:t>
      </w:r>
    </w:p>
    <w:p>
      <w:r>
        <w:t>Timeline assumes Client provides feedback within [X] business days at each phase</w:t>
      </w:r>
    </w:p>
    <w:p>
      <w:pPr>
        <w:pStyle w:val="Heading1"/>
      </w:pPr>
      <w:r>
        <w:t>4. Revisions</w:t>
      </w:r>
    </w:p>
    <w:p>
      <w:r>
        <w:t>This project includes:</w:t>
      </w:r>
    </w:p>
    <w:p>
      <w:pPr>
        <w:ind w:left="360"/>
      </w:pPr>
      <w:r>
        <w:t>- [X] rounds of revisions during concept phase</w:t>
      </w:r>
    </w:p>
    <w:p>
      <w:pPr>
        <w:ind w:left="360"/>
      </w:pPr>
      <w:r>
        <w:t>- [X] rounds of revisions during refinement phase</w:t>
      </w:r>
    </w:p>
    <w:p>
      <w:r>
        <w:t>A revision round = one consolidated set of changes from Client</w:t>
      </w:r>
    </w:p>
    <w:p>
      <w:r>
        <w:t>Additional revisions: $[AMOUNT] per round or $[RATE]/hour</w:t>
      </w:r>
    </w:p>
    <w:p>
      <w:r>
        <w:t>Major direction changes after concept approval may require additional fees</w:t>
      </w:r>
    </w:p>
    <w:p>
      <w:pPr>
        <w:pStyle w:val="Heading1"/>
      </w:pPr>
      <w:r>
        <w:t>5. Payment Terms</w:t>
      </w:r>
    </w:p>
    <w:p>
      <w:r>
        <w:t>Total Project Fee: $[AMOUNT]</w:t>
      </w:r>
    </w:p>
    <w:p>
      <w:r>
        <w:t>Payment Schedule:</w:t>
      </w:r>
    </w:p>
    <w:p>
      <w:pPr>
        <w:ind w:left="360"/>
      </w:pPr>
      <w:r>
        <w:t>- 50% ($[AMOUNT]) due upon signing (before work begins)</w:t>
      </w:r>
    </w:p>
    <w:p>
      <w:pPr>
        <w:ind w:left="360"/>
      </w:pPr>
      <w:r>
        <w:t>- 25% ($[AMOUNT]) due upon concept approval</w:t>
      </w:r>
    </w:p>
    <w:p>
      <w:pPr>
        <w:ind w:left="360"/>
      </w:pPr>
      <w:r>
        <w:t>- 25% ($[AMOUNT]) due upon final delivery</w:t>
      </w:r>
    </w:p>
    <w:p>
      <w:r>
        <w:t>Final files will be delivered upon receipt of final payment</w:t>
      </w:r>
    </w:p>
    <w:p>
      <w:r>
        <w:t>Late payments incur [X]% monthly fee after [X] day grace period</w:t>
      </w:r>
    </w:p>
    <w:p>
      <w:pPr>
        <w:pStyle w:val="Heading1"/>
      </w:pPr>
      <w:r>
        <w:t>6. Intellectual Property &amp; Ownership</w:t>
      </w:r>
    </w:p>
    <w:p>
      <w:r>
        <w:t>Upon final payment, Client receives full ownership of final approved designs</w:t>
      </w:r>
    </w:p>
    <w:p>
      <w:r>
        <w:t>Until final payment, all work remains Designer's property</w:t>
      </w:r>
    </w:p>
    <w:p>
      <w:r>
        <w:t>Designer retains ownership of:</w:t>
      </w:r>
    </w:p>
    <w:p>
      <w:pPr>
        <w:ind w:left="360"/>
      </w:pPr>
      <w:r>
        <w:t>- All preliminary work, sketches, and unused concepts</w:t>
      </w:r>
    </w:p>
    <w:p>
      <w:pPr>
        <w:ind w:left="360"/>
      </w:pPr>
      <w:r>
        <w:t>- Source files (unless specifically included in scope)</w:t>
      </w:r>
    </w:p>
    <w:p>
      <w:pPr>
        <w:ind w:left="360"/>
      </w:pPr>
      <w:r>
        <w:t>- The right to display work in portfolio and marketing</w:t>
      </w:r>
    </w:p>
    <w:p>
      <w:r>
        <w:t>Client provides any necessary brand assets, content, and permissions</w:t>
      </w:r>
    </w:p>
    <w:p>
      <w:pPr>
        <w:pStyle w:val="Heading1"/>
      </w:pPr>
      <w:r>
        <w:t>7. Approvals &amp; Sign-Off</w:t>
      </w:r>
    </w:p>
    <w:p>
      <w:r>
        <w:t>Client must provide written approval at each project phase</w:t>
      </w:r>
    </w:p>
    <w:p>
      <w:r>
        <w:t>Approval indicates satisfaction with work to that point</w:t>
      </w:r>
    </w:p>
    <w:p>
      <w:r>
        <w:t>Changes to approved work may incur additional fees</w:t>
      </w:r>
    </w:p>
    <w:p>
      <w:r>
        <w:t>Final sign-off confirms project completion and triggers final payment</w:t>
      </w:r>
    </w:p>
    <w:p>
      <w:pPr>
        <w:pStyle w:val="Heading1"/>
      </w:pPr>
      <w:r>
        <w:t>8. Termination</w:t>
      </w:r>
    </w:p>
    <w:p>
      <w:r>
        <w:t>Either party may terminate with [X] days written notice</w:t>
      </w:r>
    </w:p>
    <w:p>
      <w:r>
        <w:t>Upon termination, Client pays for all completed work:</w:t>
      </w:r>
    </w:p>
    <w:p>
      <w:pPr>
        <w:ind w:left="360"/>
      </w:pPr>
      <w:r>
        <w:t>- Concept phase complete: [X]% of total fee</w:t>
      </w:r>
    </w:p>
    <w:p>
      <w:pPr>
        <w:ind w:left="360"/>
      </w:pPr>
      <w:r>
        <w:t>- Refinement phase complete: [X]% of total fee</w:t>
      </w:r>
    </w:p>
    <w:p>
      <w:pPr>
        <w:ind w:left="360"/>
      </w:pPr>
      <w:r>
        <w:t>- Final phase complete: 100% of total fee</w:t>
      </w:r>
    </w:p>
    <w:p>
      <w:r>
        <w:t>Designer will provide all completed work upon payment</w:t>
      </w:r>
    </w:p>
    <w:p>
      <w:pPr>
        <w:pStyle w:val="Heading1"/>
      </w:pPr>
      <w:r>
        <w:t>9. Limitation of Liability</w:t>
      </w:r>
    </w:p>
    <w:p>
      <w:r>
        <w:t>Designer's liability limited to total fees paid under this Agreement</w:t>
      </w:r>
    </w:p>
    <w:p>
      <w:r>
        <w:t>Designer not liable for any loss of profits or indirect damages</w:t>
      </w:r>
    </w:p>
    <w:p>
      <w:r>
        <w:t>Client responsible for verifying designs meet their requirements before final approval</w:t>
      </w:r>
    </w:p>
    <w:p>
      <w:pPr>
        <w:pStyle w:val="Heading1"/>
      </w:pPr>
      <w:r>
        <w:t>10. Governing Law &amp; Disputes</w:t>
      </w:r>
    </w:p>
    <w:p>
      <w:r>
        <w:t>Governing Law: This Agreement is governed by the laws of [STATE/PROVINCE, COUNTRY]</w:t>
      </w:r>
    </w:p>
    <w:p>
      <w:r>
        <w:t>Dispute Resolution: The parties will first try to resolve any dispute through good-faith discussion within [X] days of written notice</w:t>
      </w:r>
    </w:p>
    <w:p>
      <w:r>
        <w:t>If not resolved: [MEDIATION / ARBITRATION UNDER (NAMED RULES) / THE COURTS OF (CITY, STATE/COUNTRY)]</w:t>
      </w:r>
    </w:p>
    <w:p>
      <w:pPr>
        <w:pStyle w:val="Heading1"/>
      </w:pPr>
      <w:r>
        <w:t>11. Signatures</w:t>
      </w:r>
    </w:p>
    <w:p>
      <w:r>
        <w:t>Both parties agree to the terms above.</w:t>
      </w:r>
    </w:p>
    <w:p>
      <w:r>
        <w:t>Designer: _________________ Date: _________</w:t>
      </w:r>
    </w:p>
    <w:p>
      <w:r>
        <w:t>Client: _________________ Date: _________</w:t>
      </w:r>
    </w:p>
    <w:p>
      <w:r>
        <w:br w:type="page"/>
      </w:r>
    </w:p>
    <w:p>
      <w:pPr>
        <w:pStyle w:val="Heading1"/>
      </w:pPr>
      <w:r>
        <w:t>Drafting notes (delete before sending)</w:t>
      </w:r>
    </w:p>
    <w:p>
      <w:r>
        <w:rPr>
          <w:b/>
        </w:rPr>
        <w:t xml:space="preserve">1. Parties &amp; Agreement: </w:t>
      </w:r>
      <w:r>
        <w:t>Names the designer or studio and the client. If you are an agency hiring a freelance designer, your agency is the Client here.</w:t>
      </w:r>
    </w:p>
    <w:p>
      <w:r>
        <w:rPr>
          <w:b/>
        </w:rPr>
        <w:t xml:space="preserve">2. Project Scope: </w:t>
      </w:r>
      <w:r>
        <w:t>Lists each deliverable with quantities and file formats, and what is not included, such as printing or development.</w:t>
      </w:r>
    </w:p>
    <w:p>
      <w:r>
        <w:rPr>
          <w:b/>
        </w:rPr>
        <w:t xml:space="preserve">3. Design Process &amp; Timeline: </w:t>
      </w:r>
      <w:r>
        <w:t>Sets four phases with durations, and makes the timeline depend on the client replying within a set number of business days.</w:t>
      </w:r>
    </w:p>
    <w:p>
      <w:r>
        <w:rPr>
          <w:b/>
        </w:rPr>
        <w:t xml:space="preserve">4. Revisions: </w:t>
      </w:r>
      <w:r>
        <w:t>Sets revision rounds for the concept and refinement phases, defines a round and prices extra rounds.</w:t>
      </w:r>
    </w:p>
    <w:p>
      <w:r>
        <w:rPr>
          <w:b/>
        </w:rPr>
        <w:t xml:space="preserve">5. Payment Terms: </w:t>
      </w:r>
      <w:r>
        <w:t>Splits the fee 50/25/25 across signing, concept approval and final delivery, and releases final files only on final payment.</w:t>
      </w:r>
    </w:p>
    <w:p>
      <w:r>
        <w:rPr>
          <w:b/>
        </w:rPr>
        <w:t xml:space="preserve">6. Intellectual Property &amp; Ownership: </w:t>
      </w:r>
      <w:r>
        <w:t>Gives the client ownership of the final approved designs on final payment, and keeps unused concepts, source files and portfolio rights with the designer.</w:t>
      </w:r>
    </w:p>
    <w:p>
      <w:r>
        <w:rPr>
          <w:b/>
        </w:rPr>
        <w:t xml:space="preserve">7. Approvals &amp; Sign-Off: </w:t>
      </w:r>
      <w:r>
        <w:t>Requires written approval at each phase. Changes to approved work can be charged, and final sign-off triggers the final payment.</w:t>
      </w:r>
    </w:p>
    <w:p>
      <w:r>
        <w:rPr>
          <w:b/>
        </w:rPr>
        <w:t xml:space="preserve">8. Termination: </w:t>
      </w:r>
      <w:r>
        <w:t>Either side can end the agreement with notice. The client pays a set percentage of the fee for each phase completed.</w:t>
      </w:r>
    </w:p>
    <w:p>
      <w:r>
        <w:rPr>
          <w:b/>
        </w:rPr>
        <w:t xml:space="preserve">9. Limitation of Liability: </w:t>
      </w:r>
      <w:r>
        <w:t>Caps the designer's liability at fees paid, excludes lost profits and indirect damages, and makes the client check the designs before final approval.</w:t>
      </w:r>
    </w:p>
    <w:p>
      <w:r>
        <w:rPr>
          <w:b/>
        </w:rPr>
        <w:t xml:space="preserve">10. Governing Law &amp; Disputes: </w:t>
      </w:r>
      <w:r>
        <w:t>Names the law that applies and how disputes are handled. Fill in both lines, then have a lawyer qualified in that jurisdiction confirm them before signing.</w:t>
      </w:r>
    </w:p>
    <w:p>
      <w:r>
        <w:rPr>
          <w:b/>
        </w:rPr>
        <w:t xml:space="preserve">11. Signatures: </w:t>
      </w:r>
      <w:r>
        <w:t>Both parties sign and date the agreement before work starts.</w:t>
      </w:r>
    </w:p>
    <w:p>
      <w:r>
        <w:rPr>
          <w:b/>
        </w:rPr>
        <w:t xml:space="preserve">Check with a lawyer: </w:t>
      </w:r>
      <w:r>
        <w:t>The governing law and disputes section is a fill-in clause. Choose the law and the forum, then have a lawyer qualified in that jurisdiction confirm the wording.</w:t>
      </w:r>
    </w:p>
    <w:p>
      <w:r>
        <w:rPr>
          <w:b/>
        </w:rPr>
        <w:t xml:space="preserve">Check with a lawyer: </w:t>
      </w:r>
      <w:r>
        <w:t>Clause 6 transfers ownership of final designs on payment. Some countries require assignments in writing and limit how moral rights can be waived, so check the wording locally.</w:t>
      </w:r>
    </w:p>
    <w:p>
      <w:r>
        <w:rPr>
          <w:b/>
        </w:rPr>
        <w:t xml:space="preserve">Check with a lawyer: </w:t>
      </w:r>
      <w:r>
        <w:t>Fonts, stock photos and icons stay under their own licences. List which licences the client must buy so they can use the files after handover.</w:t>
      </w:r>
    </w:p>
    <w:p>
      <w:r>
        <w:rPr>
          <w:b/>
        </w:rPr>
        <w:t xml:space="preserve">Check with a lawyer: </w:t>
      </w:r>
      <w:r>
        <w:t>Branding version, clause 6: trademark searches by the agency are informational only. Tell the client to use a trademark attorney before they file or launch a name.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Contract Template</dc:title>
  <dc:subject/>
  <dc:creator>AgencyPro</dc:creator>
  <cp:keywords/>
  <dc:description>Template from agencypro.app. Not legal advice.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