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E-commerce development and management agreement</w:t>
      </w:r>
    </w:p>
    <w:p>
      <w:r>
        <w:rPr>
          <w:i/>
          <w:color w:val="555555"/>
          <w:sz w:val="18"/>
        </w:rPr>
        <w:t>Not legal advice. This template is a drafting starting point, provided for information only. Contract law differs by country and state, so have a qualified lawyer where you and your client are based review the final version before you sign it. Replace every [bracket], delete clauses that do not apply, and delete this note before sending.</w:t>
      </w:r>
    </w:p>
    <w:p>
      <w:r>
        <w:rPr>
          <w:color w:val="555555"/>
          <w:sz w:val="18"/>
        </w:rPr>
        <w:t>Source: https://agencypro.app/contracts/web-development-contract#ecommerce-contract</w:t>
      </w:r>
    </w:p>
    <w:p>
      <w:pPr>
        <w:pStyle w:val="Heading1"/>
      </w:pPr>
      <w:r>
        <w:t>1. Parties &amp; Agreement</w:t>
      </w:r>
    </w:p>
    <w:p>
      <w:r>
        <w:t>This E-commerce Services Agreement ("Agreement") is entered into as of [DATE]:</w:t>
      </w:r>
    </w:p>
    <w:p>
      <w:r>
        <w:t>Provider: [YOUR NAME/COMPANY], located at [ADDRESS] ("Provider")</w:t>
      </w:r>
    </w:p>
    <w:p>
      <w:r>
        <w:t>Client: [CLIENT NAME/COMPANY], located at [ADDRESS] ("Client")</w:t>
      </w:r>
    </w:p>
    <w:p>
      <w:r>
        <w:t>This Agreement governs e-commerce platform development and/or management services.</w:t>
      </w:r>
    </w:p>
    <w:p>
      <w:pPr>
        <w:pStyle w:val="Heading1"/>
      </w:pPr>
      <w:r>
        <w:t>2. E-commerce Platform &amp; Services</w:t>
      </w:r>
    </w:p>
    <w:p>
      <w:r>
        <w:t>Platform: [SHOPIFY / WOOCOMMERCE / MAGENTO / CUSTOM / OTHER]</w:t>
      </w:r>
    </w:p>
    <w:p>
      <w:r>
        <w:t>Service Type: [DEVELOPMENT / MANAGEMENT / BOTH]</w:t>
      </w:r>
    </w:p>
    <w:p>
      <w:r>
        <w:t>Development Services (If Included):</w:t>
      </w:r>
    </w:p>
    <w:p>
      <w:pPr>
        <w:ind w:left="360"/>
      </w:pPr>
      <w:r>
        <w:t>- Platform setup and configuration</w:t>
      </w:r>
    </w:p>
    <w:p>
      <w:pPr>
        <w:ind w:left="360"/>
      </w:pPr>
      <w:r>
        <w:t>- Theme selection and customization</w:t>
      </w:r>
    </w:p>
    <w:p>
      <w:pPr>
        <w:ind w:left="360"/>
      </w:pPr>
      <w:r>
        <w:t>- Payment gateway integration</w:t>
      </w:r>
    </w:p>
    <w:p>
      <w:pPr>
        <w:ind w:left="360"/>
      </w:pPr>
      <w:r>
        <w:t>- Shipping calculator setup</w:t>
      </w:r>
    </w:p>
    <w:p>
      <w:pPr>
        <w:ind w:left="360"/>
      </w:pPr>
      <w:r>
        <w:t>- Product catalog setup ([X] products included)</w:t>
      </w:r>
    </w:p>
    <w:p>
      <w:r>
        <w:t>Management Services (If Included):</w:t>
      </w:r>
    </w:p>
    <w:p>
      <w:pPr>
        <w:ind w:left="360"/>
      </w:pPr>
      <w:r>
        <w:t>- Product updates and additions</w:t>
      </w:r>
    </w:p>
    <w:p>
      <w:pPr>
        <w:ind w:left="360"/>
      </w:pPr>
      <w:r>
        <w:t>- Content management</w:t>
      </w:r>
    </w:p>
    <w:p>
      <w:pPr>
        <w:ind w:left="360"/>
      </w:pPr>
      <w:r>
        <w:t>- Order processing support</w:t>
      </w:r>
    </w:p>
    <w:p>
      <w:pPr>
        <w:ind w:left="360"/>
      </w:pPr>
      <w:r>
        <w:t>- Technical support and maintenance</w:t>
      </w:r>
    </w:p>
    <w:p>
      <w:r>
        <w:t>NOT Included: Product photography, copywriting, inventory fulfillment, marketing</w:t>
      </w:r>
    </w:p>
    <w:p>
      <w:pPr>
        <w:pStyle w:val="Heading1"/>
      </w:pPr>
      <w:r>
        <w:t>3. Payment Gateway Integration</w:t>
      </w:r>
    </w:p>
    <w:p>
      <w:r>
        <w:t>Payment Gateway: [STRIPE / PAYPAL / SQUARE / OTHER]</w:t>
      </w:r>
    </w:p>
    <w:p>
      <w:r>
        <w:t>Provider will set up payment gateway integration</w:t>
      </w:r>
    </w:p>
    <w:p>
      <w:r>
        <w:t>Transaction Fees:</w:t>
      </w:r>
    </w:p>
    <w:p>
      <w:pPr>
        <w:ind w:left="360"/>
      </w:pPr>
      <w:r>
        <w:t>- Payment processor fees: [PASSED THROUGH TO CLIENT / INCLUDED IN FEE]</w:t>
      </w:r>
    </w:p>
    <w:p>
      <w:pPr>
        <w:ind w:left="360"/>
      </w:pPr>
      <w:r>
        <w:t>- Provider service fee (if applicable): [X]% per transaction</w:t>
      </w:r>
    </w:p>
    <w:p>
      <w:r>
        <w:t>PCI Compliance:</w:t>
      </w:r>
    </w:p>
    <w:p>
      <w:pPr>
        <w:ind w:left="360"/>
      </w:pPr>
      <w:r>
        <w:t>- Provider will implement PCI-compliant payment processing</w:t>
      </w:r>
    </w:p>
    <w:p>
      <w:pPr>
        <w:ind w:left="360"/>
      </w:pPr>
      <w:r>
        <w:t>- Client responsible for maintaining PCI compliance standards</w:t>
      </w:r>
    </w:p>
    <w:p>
      <w:pPr>
        <w:ind w:left="360"/>
      </w:pPr>
      <w:r>
        <w:t>- Provider not responsible for client data security breaches due to client negligence</w:t>
      </w:r>
    </w:p>
    <w:p>
      <w:r>
        <w:t>Payment Gateway Changes: Additional setup fee of $[AMOUNT]</w:t>
      </w:r>
    </w:p>
    <w:p>
      <w:pPr>
        <w:pStyle w:val="Heading1"/>
      </w:pPr>
      <w:r>
        <w:t>4. Product Setup &amp; Inventory Management</w:t>
      </w:r>
    </w:p>
    <w:p>
      <w:r>
        <w:t>Product Setup (Development):</w:t>
      </w:r>
    </w:p>
    <w:p>
      <w:pPr>
        <w:ind w:left="360"/>
      </w:pPr>
      <w:r>
        <w:t>- Initial product catalog: [X] products included</w:t>
      </w:r>
    </w:p>
    <w:p>
      <w:pPr>
        <w:ind w:left="360"/>
      </w:pPr>
      <w:r>
        <w:t>- Product data entry and categorization</w:t>
      </w:r>
    </w:p>
    <w:p>
      <w:pPr>
        <w:ind w:left="360"/>
      </w:pPr>
      <w:r>
        <w:t>- Product image uploads (client provides images)</w:t>
      </w:r>
    </w:p>
    <w:p>
      <w:pPr>
        <w:ind w:left="360"/>
      </w:pPr>
      <w:r>
        <w:t>- Additional products: $[RATE] per product</w:t>
      </w:r>
    </w:p>
    <w:p>
      <w:r>
        <w:t>Inventory Management:</w:t>
      </w:r>
    </w:p>
    <w:p>
      <w:pPr>
        <w:ind w:left="360"/>
      </w:pPr>
      <w:r>
        <w:t>- System setup for inventory tracking: Included</w:t>
      </w:r>
    </w:p>
    <w:p>
      <w:pPr>
        <w:ind w:left="360"/>
      </w:pPr>
      <w:r>
        <w:t>- Ongoing inventory updates: [INCLUDED IN MANAGEMENT / CLIENT RESPONSIBILITY]</w:t>
      </w:r>
    </w:p>
    <w:p>
      <w:pPr>
        <w:ind w:left="360"/>
      </w:pPr>
      <w:r>
        <w:t>- Stock level management: [INCLUDED / CLIENT RESPONSIBILITY]</w:t>
      </w:r>
    </w:p>
    <w:p>
      <w:pPr>
        <w:ind w:left="360"/>
      </w:pPr>
      <w:r>
        <w:t>- Low stock alerts: System configured, client manages</w:t>
      </w:r>
    </w:p>
    <w:p>
      <w:r>
        <w:t>Client responsible for:</w:t>
      </w:r>
    </w:p>
    <w:p>
      <w:pPr>
        <w:ind w:left="360"/>
      </w:pPr>
      <w:r>
        <w:t>- Accurate product information</w:t>
      </w:r>
    </w:p>
    <w:p>
      <w:pPr>
        <w:ind w:left="360"/>
      </w:pPr>
      <w:r>
        <w:t>- Product images and descriptions</w:t>
      </w:r>
    </w:p>
    <w:p>
      <w:pPr>
        <w:ind w:left="360"/>
      </w:pPr>
      <w:r>
        <w:t>- Inventory levels (unless included in management)</w:t>
      </w:r>
    </w:p>
    <w:p>
      <w:pPr>
        <w:pStyle w:val="Heading1"/>
      </w:pPr>
      <w:r>
        <w:t>5. Shipping &amp; Fulfillment Integration</w:t>
      </w:r>
    </w:p>
    <w:p>
      <w:r>
        <w:t>Shipping Integration:</w:t>
      </w:r>
    </w:p>
    <w:p>
      <w:pPr>
        <w:ind w:left="360"/>
      </w:pPr>
      <w:r>
        <w:t>- Shipping calculator setup: Included</w:t>
      </w:r>
    </w:p>
    <w:p>
      <w:pPr>
        <w:ind w:left="360"/>
      </w:pPr>
      <w:r>
        <w:t>- Carrier integrations: [USPS / UPS / FEDEX / DHL]</w:t>
      </w:r>
    </w:p>
    <w:p>
      <w:pPr>
        <w:ind w:left="360"/>
      </w:pPr>
      <w:r>
        <w:t>- Shipping rate configuration: Included</w:t>
      </w:r>
    </w:p>
    <w:p>
      <w:r>
        <w:t>Fulfillment:</w:t>
      </w:r>
    </w:p>
    <w:p>
      <w:pPr>
        <w:ind w:left="360"/>
      </w:pPr>
      <w:r>
        <w:t>- System setup for order processing: Included</w:t>
      </w:r>
    </w:p>
    <w:p>
      <w:pPr>
        <w:ind w:left="360"/>
      </w:pPr>
      <w:r>
        <w:t>- Actual order fulfillment: [CLIENT RESPONSIBILITY / AVAILABLE AS ADD-ON]</w:t>
      </w:r>
    </w:p>
    <w:p>
      <w:pPr>
        <w:ind w:left="360"/>
      </w:pPr>
      <w:r>
        <w:t>- Fulfillment service (if included): [DESCRIBE SCOPE]</w:t>
      </w:r>
    </w:p>
    <w:p>
      <w:r>
        <w:t>Shipping Labels:</w:t>
      </w:r>
    </w:p>
    <w:p>
      <w:pPr>
        <w:ind w:left="360"/>
      </w:pPr>
      <w:r>
        <w:t>- Label printing setup: Included</w:t>
      </w:r>
    </w:p>
    <w:p>
      <w:pPr>
        <w:ind w:left="360"/>
      </w:pPr>
      <w:r>
        <w:t>- Label costs: Client responsibility</w:t>
      </w:r>
    </w:p>
    <w:p>
      <w:r>
        <w:t>Provider coordinates shipping setup; does not handle actual shipping</w:t>
      </w:r>
    </w:p>
    <w:p>
      <w:pPr>
        <w:pStyle w:val="Heading1"/>
      </w:pPr>
      <w:r>
        <w:t>6. Development Timeline &amp; Milestones</w:t>
      </w:r>
    </w:p>
    <w:p>
      <w:r>
        <w:t>Phase 1 - Platform Setup: [X] weeks</w:t>
      </w:r>
    </w:p>
    <w:p>
      <w:pPr>
        <w:ind w:left="360"/>
      </w:pPr>
      <w:r>
        <w:t>- Platform installation and configuration</w:t>
      </w:r>
    </w:p>
    <w:p>
      <w:pPr>
        <w:ind w:left="360"/>
      </w:pPr>
      <w:r>
        <w:t>- Theme selection and basic customization</w:t>
      </w:r>
    </w:p>
    <w:p>
      <w:r>
        <w:t>Phase 2 - Integration: [X] weeks</w:t>
      </w:r>
    </w:p>
    <w:p>
      <w:pPr>
        <w:ind w:left="360"/>
      </w:pPr>
      <w:r>
        <w:t>- Payment gateway integration</w:t>
      </w:r>
    </w:p>
    <w:p>
      <w:pPr>
        <w:ind w:left="360"/>
      </w:pPr>
      <w:r>
        <w:t>- Shipping calculator setup</w:t>
      </w:r>
    </w:p>
    <w:p>
      <w:pPr>
        <w:ind w:left="360"/>
      </w:pPr>
      <w:r>
        <w:t>- Third-party app integrations</w:t>
      </w:r>
    </w:p>
    <w:p>
      <w:r>
        <w:t>Phase 3 - Product Setup: [X] weeks</w:t>
      </w:r>
    </w:p>
    <w:p>
      <w:pPr>
        <w:ind w:left="360"/>
      </w:pPr>
      <w:r>
        <w:t>- Product catalog creation</w:t>
      </w:r>
    </w:p>
    <w:p>
      <w:pPr>
        <w:ind w:left="360"/>
      </w:pPr>
      <w:r>
        <w:t>- Category structure</w:t>
      </w:r>
    </w:p>
    <w:p>
      <w:pPr>
        <w:ind w:left="360"/>
      </w:pPr>
      <w:r>
        <w:t>- Initial product entries</w:t>
      </w:r>
    </w:p>
    <w:p>
      <w:r>
        <w:t>Phase 4 - Testing &amp; Launch: [X] weeks</w:t>
      </w:r>
    </w:p>
    <w:p>
      <w:pPr>
        <w:ind w:left="360"/>
      </w:pPr>
      <w:r>
        <w:t>- Functionality testing</w:t>
      </w:r>
    </w:p>
    <w:p>
      <w:pPr>
        <w:ind w:left="360"/>
      </w:pPr>
      <w:r>
        <w:t>- Payment processing testing</w:t>
      </w:r>
    </w:p>
    <w:p>
      <w:pPr>
        <w:ind w:left="360"/>
      </w:pPr>
      <w:r>
        <w:t>- Launch and go-live support</w:t>
      </w:r>
    </w:p>
    <w:p>
      <w:r>
        <w:t>Total Timeline: [X] weeks (assumes timely client feedback)</w:t>
      </w:r>
    </w:p>
    <w:p>
      <w:pPr>
        <w:pStyle w:val="Heading1"/>
      </w:pPr>
      <w:r>
        <w:t>7. Performance SLAs &amp; Uptime</w:t>
      </w:r>
    </w:p>
    <w:p>
      <w:r>
        <w:t>Uptime Guarantee: [X]% uptime (excluding scheduled maintenance)</w:t>
      </w:r>
    </w:p>
    <w:p>
      <w:r>
        <w:t>Performance Benchmarks:</w:t>
      </w:r>
    </w:p>
    <w:p>
      <w:pPr>
        <w:ind w:left="360"/>
      </w:pPr>
      <w:r>
        <w:t>- Page load time: [X] seconds or less</w:t>
      </w:r>
    </w:p>
    <w:p>
      <w:pPr>
        <w:ind w:left="360"/>
      </w:pPr>
      <w:r>
        <w:t>- Checkout completion time: [X] seconds or less</w:t>
      </w:r>
    </w:p>
    <w:p>
      <w:pPr>
        <w:ind w:left="360"/>
      </w:pPr>
      <w:r>
        <w:t>- Mobile responsiveness: All pages mobile-optimized</w:t>
      </w:r>
    </w:p>
    <w:p>
      <w:r>
        <w:t>Monitoring:</w:t>
      </w:r>
    </w:p>
    <w:p>
      <w:pPr>
        <w:ind w:left="360"/>
      </w:pPr>
      <w:r>
        <w:t>- 24/7 uptime monitoring</w:t>
      </w:r>
    </w:p>
    <w:p>
      <w:pPr>
        <w:ind w:left="360"/>
      </w:pPr>
      <w:r>
        <w:t>- Performance monitoring</w:t>
      </w:r>
    </w:p>
    <w:p>
      <w:pPr>
        <w:ind w:left="360"/>
      </w:pPr>
      <w:r>
        <w:t>- Security monitoring</w:t>
      </w:r>
    </w:p>
    <w:p>
      <w:r>
        <w:t>Response Times:</w:t>
      </w:r>
    </w:p>
    <w:p>
      <w:pPr>
        <w:ind w:left="360"/>
      </w:pPr>
      <w:r>
        <w:t>- Critical (site down, checkout broken): [X] hours</w:t>
      </w:r>
    </w:p>
    <w:p>
      <w:pPr>
        <w:ind w:left="360"/>
      </w:pPr>
      <w:r>
        <w:t>- Urgent (major functionality broken): [X] business hours</w:t>
      </w:r>
    </w:p>
    <w:p>
      <w:pPr>
        <w:ind w:left="360"/>
      </w:pPr>
      <w:r>
        <w:t>- Normal (minor issues): [X] business days</w:t>
      </w:r>
    </w:p>
    <w:p>
      <w:r>
        <w:t>Platform/hosting issues: Provider not responsible for platform outages</w:t>
      </w:r>
    </w:p>
    <w:p>
      <w:pPr>
        <w:pStyle w:val="Heading1"/>
      </w:pPr>
      <w:r>
        <w:t>8. Ongoing Management Services</w:t>
      </w:r>
    </w:p>
    <w:p>
      <w:r>
        <w:t>Management Services (Monthly Retainer):</w:t>
      </w:r>
    </w:p>
    <w:p>
      <w:pPr>
        <w:ind w:left="360"/>
      </w:pPr>
      <w:r>
        <w:t>- Product updates: [X] products per month</w:t>
      </w:r>
    </w:p>
    <w:p>
      <w:pPr>
        <w:ind w:left="360"/>
      </w:pPr>
      <w:r>
        <w:t>- Content updates: [X] hours per month</w:t>
      </w:r>
    </w:p>
    <w:p>
      <w:pPr>
        <w:ind w:left="360"/>
      </w:pPr>
      <w:r>
        <w:t>- Technical support: [X] hours per month</w:t>
      </w:r>
    </w:p>
    <w:p>
      <w:pPr>
        <w:ind w:left="360"/>
      </w:pPr>
      <w:r>
        <w:t>- Security updates and monitoring</w:t>
      </w:r>
    </w:p>
    <w:p>
      <w:pPr>
        <w:ind w:left="360"/>
      </w:pPr>
      <w:r>
        <w:t>- Performance optimization</w:t>
      </w:r>
    </w:p>
    <w:p>
      <w:r>
        <w:t>Management Does NOT Include:</w:t>
      </w:r>
    </w:p>
    <w:p>
      <w:pPr>
        <w:ind w:left="360"/>
      </w:pPr>
      <w:r>
        <w:t>- New feature development</w:t>
      </w:r>
    </w:p>
    <w:p>
      <w:pPr>
        <w:ind w:left="360"/>
      </w:pPr>
      <w:r>
        <w:t>- Custom code development</w:t>
      </w:r>
    </w:p>
    <w:p>
      <w:pPr>
        <w:ind w:left="360"/>
      </w:pPr>
      <w:r>
        <w:t>- Major redesigns</w:t>
      </w:r>
    </w:p>
    <w:p>
      <w:pPr>
        <w:ind w:left="360"/>
      </w:pPr>
      <w:r>
        <w:t>- Marketing or advertising</w:t>
      </w:r>
    </w:p>
    <w:p>
      <w:r>
        <w:t>Additional development work: Quoted separately</w:t>
      </w:r>
    </w:p>
    <w:p>
      <w:r>
        <w:t>Management hours: Unused hours do not roll over</w:t>
      </w:r>
    </w:p>
    <w:p>
      <w:pPr>
        <w:pStyle w:val="Heading1"/>
      </w:pPr>
      <w:r>
        <w:t>9. Payment Terms</w:t>
      </w:r>
    </w:p>
    <w:p>
      <w:r>
        <w:t>Development Fee: $[AMOUNT] total</w:t>
      </w:r>
    </w:p>
    <w:p>
      <w:r>
        <w:t>Payment Schedule:</w:t>
      </w:r>
    </w:p>
    <w:p>
      <w:pPr>
        <w:ind w:left="360"/>
      </w:pPr>
      <w:r>
        <w:t>- 50% ($[AMOUNT]) due upon signing</w:t>
      </w:r>
    </w:p>
    <w:p>
      <w:pPr>
        <w:ind w:left="360"/>
      </w:pPr>
      <w:r>
        <w:t>- 30% ($[AMOUNT]) due upon completion of Phase 2</w:t>
      </w:r>
    </w:p>
    <w:p>
      <w:pPr>
        <w:ind w:left="360"/>
      </w:pPr>
      <w:r>
        <w:t>- 20% ($[AMOUNT]) due upon launch</w:t>
      </w:r>
    </w:p>
    <w:p>
      <w:r>
        <w:t>Management Fee (If Applicable):</w:t>
      </w:r>
    </w:p>
    <w:p>
      <w:pPr>
        <w:ind w:left="360"/>
      </w:pPr>
      <w:r>
        <w:t>- Monthly retainer: $[AMOUNT]/month</w:t>
      </w:r>
    </w:p>
    <w:p>
      <w:pPr>
        <w:ind w:left="360"/>
      </w:pPr>
      <w:r>
        <w:t>- Due on [DAY] of each month</w:t>
      </w:r>
    </w:p>
    <w:p>
      <w:r>
        <w:t>Payment Terms: Net [X] days from invoice</w:t>
      </w:r>
    </w:p>
    <w:p>
      <w:r>
        <w:t>Late Payment: [X]% monthly fee after [X] day grace period</w:t>
      </w:r>
    </w:p>
    <w:p>
      <w:r>
        <w:t>Transaction fees (if applicable): Billed [FREQUENCY]</w:t>
      </w:r>
    </w:p>
    <w:p>
      <w:pPr>
        <w:pStyle w:val="Heading1"/>
      </w:pPr>
      <w:r>
        <w:t>10. Client Responsibilities</w:t>
      </w:r>
    </w:p>
    <w:p>
      <w:r>
        <w:t>Client must provide:</w:t>
      </w:r>
    </w:p>
    <w:p>
      <w:pPr>
        <w:ind w:left="360"/>
      </w:pPr>
      <w:r>
        <w:t>- Product information and descriptions</w:t>
      </w:r>
    </w:p>
    <w:p>
      <w:pPr>
        <w:ind w:left="360"/>
      </w:pPr>
      <w:r>
        <w:t>- Product images (high resolution)</w:t>
      </w:r>
    </w:p>
    <w:p>
      <w:pPr>
        <w:ind w:left="360"/>
      </w:pPr>
      <w:r>
        <w:t>- Brand assets (logos, colors, fonts)</w:t>
      </w:r>
    </w:p>
    <w:p>
      <w:pPr>
        <w:ind w:left="360"/>
      </w:pPr>
      <w:r>
        <w:t>- Content for pages (About, Terms, Privacy Policy, etc.)</w:t>
      </w:r>
    </w:p>
    <w:p>
      <w:pPr>
        <w:ind w:left="360"/>
      </w:pPr>
      <w:r>
        <w:t>- Payment gateway account access</w:t>
      </w:r>
    </w:p>
    <w:p>
      <w:pPr>
        <w:ind w:left="360"/>
      </w:pPr>
      <w:r>
        <w:t>- Shipping account access (if applicable)</w:t>
      </w:r>
    </w:p>
    <w:p>
      <w:r>
        <w:t>Client must:</w:t>
      </w:r>
    </w:p>
    <w:p>
      <w:pPr>
        <w:ind w:left="360"/>
      </w:pPr>
      <w:r>
        <w:t>- Maintain inventory levels (unless included in management)</w:t>
      </w:r>
    </w:p>
    <w:p>
      <w:pPr>
        <w:ind w:left="360"/>
      </w:pPr>
      <w:r>
        <w:t>- Process and fulfill orders (unless included in management)</w:t>
      </w:r>
    </w:p>
    <w:p>
      <w:pPr>
        <w:ind w:left="360"/>
      </w:pPr>
      <w:r>
        <w:t>- Handle customer service inquiries</w:t>
      </w:r>
    </w:p>
    <w:p>
      <w:pPr>
        <w:ind w:left="360"/>
      </w:pPr>
      <w:r>
        <w:t>- Provide timely feedback and approvals</w:t>
      </w:r>
    </w:p>
    <w:p>
      <w:r>
        <w:t>Delays in providing materials may extend timeline</w:t>
      </w:r>
    </w:p>
    <w:p>
      <w:pPr>
        <w:pStyle w:val="Heading1"/>
      </w:pPr>
      <w:r>
        <w:t>11. Data Ownership &amp; Access</w:t>
      </w:r>
    </w:p>
    <w:p>
      <w:r>
        <w:t>Client owns all business data:</w:t>
      </w:r>
    </w:p>
    <w:p>
      <w:pPr>
        <w:ind w:left="360"/>
      </w:pPr>
      <w:r>
        <w:t>- Product information</w:t>
      </w:r>
    </w:p>
    <w:p>
      <w:pPr>
        <w:ind w:left="360"/>
      </w:pPr>
      <w:r>
        <w:t>- Customer data</w:t>
      </w:r>
    </w:p>
    <w:p>
      <w:pPr>
        <w:ind w:left="360"/>
      </w:pPr>
      <w:r>
        <w:t>- Order history</w:t>
      </w:r>
    </w:p>
    <w:p>
      <w:pPr>
        <w:ind w:left="360"/>
      </w:pPr>
      <w:r>
        <w:t>- Sales data</w:t>
      </w:r>
    </w:p>
    <w:p>
      <w:r>
        <w:t>Client has full access to e-commerce platform admin</w:t>
      </w:r>
    </w:p>
    <w:p>
      <w:r>
        <w:t>Provider may access platform for support and maintenance</w:t>
      </w:r>
    </w:p>
    <w:p>
      <w:r>
        <w:t>Upon termination:</w:t>
      </w:r>
    </w:p>
    <w:p>
      <w:pPr>
        <w:ind w:left="360"/>
      </w:pPr>
      <w:r>
        <w:t>- Client retains all data</w:t>
      </w:r>
    </w:p>
    <w:p>
      <w:pPr>
        <w:ind w:left="360"/>
      </w:pPr>
      <w:r>
        <w:t>- Provider will export data if requested</w:t>
      </w:r>
    </w:p>
    <w:p>
      <w:pPr>
        <w:ind w:left="360"/>
      </w:pPr>
      <w:r>
        <w:t>- Data export: [INCLUDED / AVAILABLE AS ADD-ON]</w:t>
      </w:r>
    </w:p>
    <w:p>
      <w:r>
        <w:t>Provider may use anonymized data for analytics and improvement</w:t>
      </w:r>
    </w:p>
    <w:p>
      <w:pPr>
        <w:pStyle w:val="Heading1"/>
      </w:pPr>
      <w:r>
        <w:t>12. Limitation of Liability</w:t>
      </w:r>
    </w:p>
    <w:p>
      <w:r>
        <w:t>Provider's liability limited to total fees paid under this Agreement</w:t>
      </w:r>
    </w:p>
    <w:p>
      <w:r>
        <w:t>Provider not liable for:</w:t>
      </w:r>
    </w:p>
    <w:p>
      <w:pPr>
        <w:ind w:left="360"/>
      </w:pPr>
      <w:r>
        <w:t>- Lost sales or revenue</w:t>
      </w:r>
    </w:p>
    <w:p>
      <w:pPr>
        <w:ind w:left="360"/>
      </w:pPr>
      <w:r>
        <w:t>- Platform outages or third-party service issues</w:t>
      </w:r>
    </w:p>
    <w:p>
      <w:pPr>
        <w:ind w:left="360"/>
      </w:pPr>
      <w:r>
        <w:t>- Payment processor issues or transaction failures</w:t>
      </w:r>
    </w:p>
    <w:p>
      <w:pPr>
        <w:ind w:left="360"/>
      </w:pPr>
      <w:r>
        <w:t>- Shipping delays or fulfillment issues</w:t>
      </w:r>
    </w:p>
    <w:p>
      <w:pPr>
        <w:ind w:left="360"/>
      </w:pPr>
      <w:r>
        <w:t>- Indirect, consequential, or punitive damages</w:t>
      </w:r>
    </w:p>
    <w:p>
      <w:r>
        <w:t>Provider provides e-commerce services, not guarantees of sales or business results</w:t>
      </w:r>
    </w:p>
    <w:p>
      <w:r>
        <w:t>Client responsible for product quality, pricing, and customer service</w:t>
      </w:r>
    </w:p>
    <w:p>
      <w:pPr>
        <w:pStyle w:val="Heading1"/>
      </w:pPr>
      <w:r>
        <w:t>13. Termination</w:t>
      </w:r>
    </w:p>
    <w:p>
      <w:r>
        <w:t>Either party may terminate with [X] days written notice</w:t>
      </w:r>
    </w:p>
    <w:p>
      <w:r>
        <w:t>Upon termination:</w:t>
      </w:r>
    </w:p>
    <w:p>
      <w:pPr>
        <w:ind w:left="360"/>
      </w:pPr>
      <w:r>
        <w:t>- Client pays for all services rendered through termination date</w:t>
      </w:r>
    </w:p>
    <w:p>
      <w:pPr>
        <w:ind w:left="360"/>
      </w:pPr>
      <w:r>
        <w:t>- Provider delivers all work-in-progress and documentation</w:t>
      </w:r>
    </w:p>
    <w:p>
      <w:pPr>
        <w:ind w:left="360"/>
      </w:pPr>
      <w:r>
        <w:t>- Client retains access to platform and data</w:t>
      </w:r>
    </w:p>
    <w:p>
      <w:pPr>
        <w:ind w:left="360"/>
      </w:pPr>
      <w:r>
        <w:t>- No refunds for prepaid development or management fees</w:t>
      </w:r>
    </w:p>
    <w:p>
      <w:r>
        <w:t>Provider will provide [X] days transition support at standard rates</w:t>
      </w:r>
    </w:p>
    <w:p>
      <w:pPr>
        <w:pStyle w:val="Heading1"/>
      </w:pPr>
      <w:r>
        <w:t>14. Governing Law &amp; Disputes</w:t>
      </w:r>
    </w:p>
    <w:p>
      <w:r>
        <w:t>Governing Law: This Agreement is governed by the laws of [STATE/PROVINCE, COUNTRY]</w:t>
      </w:r>
    </w:p>
    <w:p>
      <w:r>
        <w:t>Dispute Resolution: The parties will first try to resolve any dispute through good-faith discussion within [X] days of written notice</w:t>
      </w:r>
    </w:p>
    <w:p>
      <w:r>
        <w:t>If not resolved: [MEDIATION / ARBITRATION UNDER (NAMED RULES) / THE COURTS OF (CITY, STATE/COUNTRY)]</w:t>
      </w:r>
    </w:p>
    <w:p>
      <w:pPr>
        <w:pStyle w:val="Heading1"/>
      </w:pPr>
      <w:r>
        <w:t>15. Signatures</w:t>
      </w:r>
    </w:p>
    <w:p>
      <w:r>
        <w:t>Both parties agree to the terms above.</w:t>
      </w:r>
    </w:p>
    <w:p>
      <w:r>
        <w:t>Provider: _________________ Date: _________</w:t>
      </w:r>
    </w:p>
    <w:p>
      <w:r>
        <w:t>Client: _________________ Date: _________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E-commerce development and management agreement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