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Retainer statement of work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https://agencypro.app/contracts/scope-of-work#retainer-sow</w:t>
      </w:r>
    </w:p>
    <w:p>
      <w:pPr>
        <w:pStyle w:val="Heading1"/>
      </w:pPr>
      <w:r>
        <w:t>STATEMENT OF WORK: [CLIENT] RETAINER</w:t>
      </w:r>
    </w:p>
    <w:p>
      <w:r>
        <w:t>Issued under the [SERVICES AGREEMENT / RETAINER AGREEMENT] dated [DATE] between [CLIENT] and [AGENCY]</w:t>
      </w:r>
    </w:p>
    <w:p>
      <w:pPr>
        <w:pStyle w:val="Heading1"/>
      </w:pPr>
      <w:r>
        <w:t>1. Services Covered</w:t>
      </w:r>
    </w:p>
    <w:p>
      <w:r>
        <w:t>[SERVICE AREAS - e.g., content strategy, production and account management]</w:t>
      </w:r>
    </w:p>
    <w:p>
      <w:r>
        <w:t>Not covered: [EXCLUSIONS - e.g., paid media spend, website development, video production]</w:t>
      </w:r>
    </w:p>
    <w:p>
      <w:pPr>
        <w:pStyle w:val="Heading1"/>
      </w:pPr>
      <w:r>
        <w:t>2. Monthly Capacity</w:t>
      </w:r>
    </w:p>
    <w:p>
      <w:r>
        <w:t>[OPTION A - Hours]: [X] hours per calendar month across the services above</w:t>
      </w:r>
    </w:p>
    <w:p>
      <w:r>
        <w:t>[OPTION B - Deliverables]: [e.g., 8 blog posts of about 1,500 words, 4 social graphics, 1 monthly performance review]</w:t>
      </w:r>
    </w:p>
    <w:p>
      <w:pPr>
        <w:pStyle w:val="Heading1"/>
      </w:pPr>
      <w:r>
        <w:t>3. Term and Notice</w:t>
      </w:r>
    </w:p>
    <w:p>
      <w:r>
        <w:t>Initial term: [X] months from [START DATE]</w:t>
      </w:r>
    </w:p>
    <w:p>
      <w:r>
        <w:t>After the initial term: [MONTH-TO-MONTH / RENEWS FOR (X) MONTHS] with [X] days' written notice to end or change</w:t>
      </w:r>
    </w:p>
    <w:p>
      <w:pPr>
        <w:pStyle w:val="Heading1"/>
      </w:pPr>
      <w:r>
        <w:t>4. Rollover</w:t>
      </w:r>
    </w:p>
    <w:p>
      <w:r>
        <w:t>Unused capacity: [EXPIRES AT MONTH END / ROLLS OVER UP TO (X) HOURS FOR ONE MONTH / CREDITED TO THE NEXT PERIOD]</w:t>
      </w:r>
    </w:p>
    <w:p>
      <w:pPr>
        <w:pStyle w:val="Heading1"/>
      </w:pPr>
      <w:r>
        <w:t>5. Overage</w:t>
      </w:r>
    </w:p>
    <w:p>
      <w:r>
        <w:t>Agency notifies Client when [X]% of monthly capacity is used</w:t>
      </w:r>
    </w:p>
    <w:p>
      <w:r>
        <w:t>Work beyond capacity: [BILLED AT $(RATE) PER HOUR / NEEDS A CHANGE REQUEST / TRIGGERS A REVIEW OF THE MONTHLY TIER]</w:t>
      </w:r>
    </w:p>
    <w:p>
      <w:r>
        <w:t>One-time projects outside the services above: separate SOW</w:t>
      </w:r>
    </w:p>
    <w:p>
      <w:pPr>
        <w:pStyle w:val="Heading1"/>
      </w:pPr>
      <w:r>
        <w:t>6. Requests and Prioritisation</w:t>
      </w:r>
    </w:p>
    <w:p>
      <w:r>
        <w:t>Requests submitted via: [CLIENT PORTAL / EMAIL / PROJECT TOOL]</w:t>
      </w:r>
    </w:p>
    <w:p>
      <w:r>
        <w:t>Priorities agreed: [WEEKLY / MONTHLY] with [CLIENT CONTACT]</w:t>
      </w:r>
    </w:p>
    <w:p>
      <w:pPr>
        <w:pStyle w:val="Heading1"/>
      </w:pPr>
      <w:r>
        <w:t>7. Reporting</w:t>
      </w:r>
    </w:p>
    <w:p>
      <w:r>
        <w:t>Monthly utilisation report by [DAY] of the following month: hours or deliverables used, work completed, capacity remaining, next month's priorities</w:t>
      </w:r>
    </w:p>
    <w:p>
      <w:pPr>
        <w:pStyle w:val="Heading1"/>
      </w:pPr>
      <w:r>
        <w:t>8. Fees</w:t>
      </w:r>
    </w:p>
    <w:p>
      <w:r>
        <w:t>Monthly fee: $[AMOUNT], invoiced on [DAY] for that month, payable within [X] days</w:t>
      </w:r>
    </w:p>
    <w:p>
      <w:pPr>
        <w:pStyle w:val="Heading1"/>
      </w:pPr>
      <w:r>
        <w:t>9. Approval</w:t>
      </w:r>
    </w:p>
    <w:p>
      <w:r>
        <w:t>Client: _________________ Date: _________</w:t>
      </w:r>
    </w:p>
    <w:p>
      <w:r>
        <w:t>Agency: _________________ Date: 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statement of work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