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Scope of Work Template</w:t>
      </w:r>
    </w:p>
    <w:p>
      <w:r>
        <w:rPr>
          <w:i/>
          <w:color w:val="555555"/>
          <w:sz w:val="18"/>
        </w:rPr>
        <w:t>Not legal advice. This template is a drafting starting point, provided for information only. Contract law differs by country and state, so have a qualified lawyer where you and your client are based review the final version before you sign it. Replace every [bracket], delete clauses that do not apply, and delete this note before sending.</w:t>
      </w:r>
    </w:p>
    <w:p>
      <w:r>
        <w:rPr>
          <w:color w:val="555555"/>
          <w:sz w:val="18"/>
        </w:rPr>
        <w:t>Source: https://agencypro.app/contracts/scope-of-work</w:t>
      </w:r>
    </w:p>
    <w:p>
      <w:pPr>
        <w:pStyle w:val="Heading1"/>
      </w:pPr>
      <w:r>
        <w:t>1. Project Overview</w:t>
      </w:r>
    </w:p>
    <w:p>
      <w:r>
        <w:t>Project Name: [PROJECT NAME]</w:t>
      </w:r>
    </w:p>
    <w:p>
      <w:r>
        <w:t>Client: [CLIENT NAME]</w:t>
      </w:r>
    </w:p>
    <w:p>
      <w:r>
        <w:t>Provider: [YOUR NAME/COMPANY]</w:t>
      </w:r>
    </w:p>
    <w:p>
      <w:r>
        <w:t>Prepared By: [NAME]</w:t>
      </w:r>
    </w:p>
    <w:p>
      <w:r>
        <w:t>Date: [DATE]</w:t>
      </w:r>
    </w:p>
    <w:p>
      <w:r>
        <w:t>Version: [VERSION NUMBER]</w:t>
      </w:r>
    </w:p>
    <w:p>
      <w:r>
        <w:t>Project Summary:</w:t>
      </w:r>
    </w:p>
    <w:p>
      <w:r>
        <w:t>[2-3 SENTENCE DESCRIPTION OF THE PROJECT AND ITS GOALS]</w:t>
      </w:r>
    </w:p>
    <w:p>
      <w:r>
        <w:t>Background: [WHY THE PROJECT IS HAPPENING NOW]</w:t>
      </w:r>
    </w:p>
    <w:p>
      <w:r>
        <w:t>Constraints: [BUDGET, DEADLINE OR TECHNICAL LIMITS]</w:t>
      </w:r>
    </w:p>
    <w:p>
      <w:r>
        <w:t>Governing Agreement: This SOW is issued under the [SERVICES AGREEMENT / MASTER SERVICES AGREEMENT] dated [DATE] between Client and Provider</w:t>
      </w:r>
    </w:p>
    <w:p>
      <w:r>
        <w:t>If this SOW conflicts with that agreement, [THE AGREEMENT / THIS SOW] prevails</w:t>
      </w:r>
    </w:p>
    <w:p>
      <w:pPr>
        <w:pStyle w:val="Heading1"/>
      </w:pPr>
      <w:r>
        <w:t>2. Objectives</w:t>
      </w:r>
    </w:p>
    <w:p>
      <w:r>
        <w:t>The objectives of this project are to:</w:t>
      </w:r>
    </w:p>
    <w:p>
      <w:pPr>
        <w:ind w:left="360"/>
      </w:pPr>
      <w:r>
        <w:t>1. [OBJECTIVE 1 - e.g., Redesign the company website to improve user experience]</w:t>
      </w:r>
    </w:p>
    <w:p>
      <w:pPr>
        <w:ind w:left="360"/>
      </w:pPr>
      <w:r>
        <w:t>2. [OBJECTIVE 2 - e.g., Increase mobile conversion rate by 25%]</w:t>
      </w:r>
    </w:p>
    <w:p>
      <w:pPr>
        <w:ind w:left="360"/>
      </w:pPr>
      <w:r>
        <w:t>3. [OBJECTIVE 3 - e.g., Establish brand consistency across digital touchpoints]</w:t>
      </w:r>
    </w:p>
    <w:p>
      <w:r>
        <w:t>Success Metrics:</w:t>
      </w:r>
    </w:p>
    <w:p>
      <w:pPr>
        <w:ind w:left="360"/>
      </w:pPr>
      <w:r>
        <w:t>- [METRIC 1 - e.g., Page load time under 3 seconds]</w:t>
      </w:r>
    </w:p>
    <w:p>
      <w:pPr>
        <w:ind w:left="360"/>
      </w:pPr>
      <w:r>
        <w:t>- [METRIC 2 - e.g., Mobile bounce rate below 40%]</w:t>
      </w:r>
    </w:p>
    <w:p>
      <w:pPr>
        <w:pStyle w:val="Heading1"/>
      </w:pPr>
      <w:r>
        <w:t>3. Scope of Work</w:t>
      </w:r>
    </w:p>
    <w:p>
      <w:r>
        <w:t>The work is organised into the following workstreams:</w:t>
      </w:r>
    </w:p>
    <w:p>
      <w:pPr>
        <w:ind w:left="360"/>
      </w:pPr>
      <w:r>
        <w:t>- [WORKSTREAM 1 - e.g., Discovery: 4 stakeholder interviews, review of 5 named competitors, content audit]</w:t>
      </w:r>
    </w:p>
    <w:p>
      <w:pPr>
        <w:ind w:left="360"/>
      </w:pPr>
      <w:r>
        <w:t>- [WORKSTREAM 2 - e.g., UX and design: sitemap, wireframes for 8 page templates, visual design for 4 templates]</w:t>
      </w:r>
    </w:p>
    <w:p>
      <w:pPr>
        <w:ind w:left="360"/>
      </w:pPr>
      <w:r>
        <w:t>- [WORKSTREAM 3 - e.g., Build: implementation in [CMS] with on-page SEO setup]</w:t>
      </w:r>
    </w:p>
    <w:p>
      <w:pPr>
        <w:ind w:left="360"/>
      </w:pPr>
      <w:r>
        <w:t>- [WORKSTREAM 4 - e.g., Content migration: 18 existing pages per the attached content matrix]</w:t>
      </w:r>
    </w:p>
    <w:p>
      <w:pPr>
        <w:ind w:left="360"/>
      </w:pPr>
      <w:r>
        <w:t>- [WORKSTREAM 5 - e.g., QA and launch: testing on named browsers and devices, go-live]</w:t>
      </w:r>
    </w:p>
    <w:p>
      <w:pPr>
        <w:pStyle w:val="Heading1"/>
      </w:pPr>
      <w:r>
        <w:t>4. Deliverables</w:t>
      </w:r>
    </w:p>
    <w:p>
      <w:r>
        <w:t>Provider will deliver the following:</w:t>
      </w:r>
    </w:p>
    <w:p>
      <w:r>
        <w:t>Deliverable 1: [NAME]</w:t>
      </w:r>
    </w:p>
    <w:p>
      <w:pPr>
        <w:ind w:left="360"/>
      </w:pPr>
      <w:r>
        <w:t>- Description: [DETAILED DESCRIPTION]</w:t>
      </w:r>
    </w:p>
    <w:p>
      <w:pPr>
        <w:ind w:left="360"/>
      </w:pPr>
      <w:r>
        <w:t>- Format: [FILE TYPE, DIMENSIONS, etc.]</w:t>
      </w:r>
    </w:p>
    <w:p>
      <w:pPr>
        <w:ind w:left="360"/>
      </w:pPr>
      <w:r>
        <w:t>- Quantity: [NUMBER]</w:t>
      </w:r>
    </w:p>
    <w:p>
      <w:pPr>
        <w:ind w:left="360"/>
      </w:pPr>
      <w:r>
        <w:t>- Acceptance Criteria: [WHAT MAKES IT COMPLETE]</w:t>
      </w:r>
    </w:p>
    <w:p>
      <w:pPr>
        <w:ind w:left="360"/>
      </w:pPr>
      <w:r>
        <w:t>- Revision Rounds Included: [NUMBER]</w:t>
      </w:r>
    </w:p>
    <w:p>
      <w:r>
        <w:t>Deliverable 2: [NAME]</w:t>
      </w:r>
    </w:p>
    <w:p>
      <w:pPr>
        <w:ind w:left="360"/>
      </w:pPr>
      <w:r>
        <w:t>- Description: [DETAILED DESCRIPTION]</w:t>
      </w:r>
    </w:p>
    <w:p>
      <w:pPr>
        <w:ind w:left="360"/>
      </w:pPr>
      <w:r>
        <w:t>- Format: [FILE TYPE, DIMENSIONS, etc.]</w:t>
      </w:r>
    </w:p>
    <w:p>
      <w:pPr>
        <w:ind w:left="360"/>
      </w:pPr>
      <w:r>
        <w:t>- Quantity: [NUMBER]</w:t>
      </w:r>
    </w:p>
    <w:p>
      <w:pPr>
        <w:ind w:left="360"/>
      </w:pPr>
      <w:r>
        <w:t>- Acceptance Criteria: [WHAT MAKES IT COMPLETE]</w:t>
      </w:r>
    </w:p>
    <w:p>
      <w:pPr>
        <w:ind w:left="360"/>
      </w:pPr>
      <w:r>
        <w:t>- Revision Rounds Included: [NUMBER]</w:t>
      </w:r>
    </w:p>
    <w:p>
      <w:r>
        <w:t>[CONTINUE FOR ALL DELIVERABLES]</w:t>
      </w:r>
    </w:p>
    <w:p>
      <w:pPr>
        <w:pStyle w:val="Heading1"/>
      </w:pPr>
      <w:r>
        <w:t>5. Timeline &amp; Milestones</w:t>
      </w:r>
    </w:p>
    <w:p>
      <w:r>
        <w:t>Project Start Date: [DATE]</w:t>
      </w:r>
    </w:p>
    <w:p>
      <w:r>
        <w:t>Project End Date: [DATE]</w:t>
      </w:r>
    </w:p>
    <w:p>
      <w:r>
        <w:t>Phase 1: [PHASE NAME] - [START] to [END]</w:t>
      </w:r>
    </w:p>
    <w:p>
      <w:pPr>
        <w:ind w:left="360"/>
      </w:pPr>
      <w:r>
        <w:t>- Milestone: [DESCRIPTION]</w:t>
      </w:r>
    </w:p>
    <w:p>
      <w:pPr>
        <w:ind w:left="360"/>
      </w:pPr>
      <w:r>
        <w:t>- Deliverables: [LIST]</w:t>
      </w:r>
    </w:p>
    <w:p>
      <w:pPr>
        <w:ind w:left="360"/>
      </w:pPr>
      <w:r>
        <w:t>- Dependencies: [WHAT'S NEEDED FROM CLIENT]</w:t>
      </w:r>
    </w:p>
    <w:p>
      <w:r>
        <w:t>Phase 2: [PHASE NAME] - [START] to [END]</w:t>
      </w:r>
    </w:p>
    <w:p>
      <w:pPr>
        <w:ind w:left="360"/>
      </w:pPr>
      <w:r>
        <w:t>- Milestone: [DESCRIPTION]</w:t>
      </w:r>
    </w:p>
    <w:p>
      <w:pPr>
        <w:ind w:left="360"/>
      </w:pPr>
      <w:r>
        <w:t>- Deliverables: [LIST]</w:t>
      </w:r>
    </w:p>
    <w:p>
      <w:pPr>
        <w:ind w:left="360"/>
      </w:pPr>
      <w:r>
        <w:t>- Dependencies: [WHAT'S NEEDED FROM CLIENT]</w:t>
      </w:r>
    </w:p>
    <w:p>
      <w:r>
        <w:t>[CONTINUE FOR ALL PHASES]</w:t>
      </w:r>
    </w:p>
    <w:p>
      <w:r>
        <w:t>Note: Timeline assumes Client provides feedback within [X] business days at each milestone</w:t>
      </w:r>
    </w:p>
    <w:p>
      <w:pPr>
        <w:pStyle w:val="Heading1"/>
      </w:pPr>
      <w:r>
        <w:t>6. Acceptance Criteria</w:t>
      </w:r>
    </w:p>
    <w:p>
      <w:r>
        <w:t>A deliverable is accepted when:</w:t>
      </w:r>
    </w:p>
    <w:p>
      <w:pPr>
        <w:ind w:left="360"/>
      </w:pPr>
      <w:r>
        <w:t>- It meets the acceptance criteria listed for it in Section 4, and</w:t>
      </w:r>
    </w:p>
    <w:p>
      <w:pPr>
        <w:ind w:left="360"/>
      </w:pPr>
      <w:r>
        <w:t>- Client confirms approval in writing [BY EMAIL / IN THE CLIENT PORTAL / BY SIGNATURE]</w:t>
      </w:r>
    </w:p>
    <w:p>
      <w:r>
        <w:t>Deemed Acceptance: [OPTIONAL - If Client does not request changes within [X] business days of delivery, the deliverable is accepted]</w:t>
      </w:r>
    </w:p>
    <w:p>
      <w:r>
        <w:t>Final Acceptance: [WHAT CONFIRMS COMPLETION - e.g., Client sign-off on staging and launch on the production domain]</w:t>
      </w:r>
    </w:p>
    <w:p>
      <w:pPr>
        <w:pStyle w:val="Heading1"/>
      </w:pPr>
      <w:r>
        <w:t>7. Roles &amp; Responsibilities</w:t>
      </w:r>
    </w:p>
    <w:p>
      <w:r>
        <w:t>Provider will:</w:t>
      </w:r>
    </w:p>
    <w:p>
      <w:pPr>
        <w:ind w:left="360"/>
      </w:pPr>
      <w:r>
        <w:t>- [RESPONSIBILITY 1 - e.g., Project management and weekly status updates]</w:t>
      </w:r>
    </w:p>
    <w:p>
      <w:pPr>
        <w:ind w:left="360"/>
      </w:pPr>
      <w:r>
        <w:t>- [RESPONSIBILITY 2 - e.g., Design, build and QA per Section 3]</w:t>
      </w:r>
    </w:p>
    <w:p>
      <w:pPr>
        <w:ind w:left="360"/>
      </w:pPr>
      <w:r>
        <w:t>- [RESPONSIBILITY 3 - e.g., Launch and handover documentation]</w:t>
      </w:r>
    </w:p>
    <w:p>
      <w:r>
        <w:t>Client will provide the following:</w:t>
      </w:r>
    </w:p>
    <w:p>
      <w:pPr>
        <w:ind w:left="360"/>
      </w:pPr>
      <w:r>
        <w:t>- [ITEM 1 - e.g., Brand guidelines and logo files]</w:t>
      </w:r>
    </w:p>
    <w:p>
      <w:pPr>
        <w:ind w:left="360"/>
      </w:pPr>
      <w:r>
        <w:t>- [ITEM 2 - e.g., Access to existing website/systems]</w:t>
      </w:r>
    </w:p>
    <w:p>
      <w:pPr>
        <w:ind w:left="360"/>
      </w:pPr>
      <w:r>
        <w:t>- [ITEM 3 - e.g., Written content/copy]</w:t>
      </w:r>
    </w:p>
    <w:p>
      <w:pPr>
        <w:ind w:left="360"/>
      </w:pPr>
      <w:r>
        <w:t>- [ITEM 4 - e.g., Photography/imagery]</w:t>
      </w:r>
    </w:p>
    <w:p>
      <w:pPr>
        <w:ind w:left="360"/>
      </w:pPr>
      <w:r>
        <w:t>- [ITEM 5 - e.g., Timely feedback at each milestone]</w:t>
      </w:r>
    </w:p>
    <w:p>
      <w:r>
        <w:t>Client will designate a single point of contact for approvals</w:t>
      </w:r>
    </w:p>
    <w:p>
      <w:r>
        <w:t>Primary Contact: [NAME], [EMAIL], [PHONE]</w:t>
      </w:r>
    </w:p>
    <w:p>
      <w:r>
        <w:t>Delays in Client responsibilities may extend project timeline</w:t>
      </w:r>
    </w:p>
    <w:p>
      <w:r>
        <w:t>Decision Makers: [NAME, ROLE] approves [WHAT]; [NAME, ROLE] approves [WHAT]</w:t>
      </w:r>
    </w:p>
    <w:p>
      <w:r>
        <w:t>Communication: [CHANNEL] for day-to-day requests; responses within [X] business hours</w:t>
      </w:r>
    </w:p>
    <w:p>
      <w:r>
        <w:t>Meetings: [CADENCE AND ATTENDEES - e.g., weekly 30-minute status call with the Primary Contact]</w:t>
      </w:r>
    </w:p>
    <w:p>
      <w:pPr>
        <w:pStyle w:val="Heading1"/>
      </w:pPr>
      <w:r>
        <w:t>8. Assumptions</w:t>
      </w:r>
    </w:p>
    <w:p>
      <w:r>
        <w:t>This SOW assumes:</w:t>
      </w:r>
    </w:p>
    <w:p>
      <w:pPr>
        <w:ind w:left="360"/>
      </w:pPr>
      <w:r>
        <w:t>- [ASSUMPTION 1 - e.g., Client has rights to all provided materials]</w:t>
      </w:r>
    </w:p>
    <w:p>
      <w:pPr>
        <w:ind w:left="360"/>
      </w:pPr>
      <w:r>
        <w:t>- [ASSUMPTION 2 - e.g., Existing systems are functioning properly]</w:t>
      </w:r>
    </w:p>
    <w:p>
      <w:pPr>
        <w:ind w:left="360"/>
      </w:pPr>
      <w:r>
        <w:t>- [ASSUMPTION 3 - e.g., Feedback will be consolidated from single source]</w:t>
      </w:r>
    </w:p>
    <w:p>
      <w:pPr>
        <w:ind w:left="360"/>
      </w:pPr>
      <w:r>
        <w:t>- [ASSUMPTION 4 - e.g., Project will be completed in English only]</w:t>
      </w:r>
    </w:p>
    <w:p>
      <w:r>
        <w:t>If assumptions prove incorrect, scope and pricing may need adjustment</w:t>
      </w:r>
    </w:p>
    <w:p>
      <w:pPr>
        <w:pStyle w:val="Heading1"/>
      </w:pPr>
      <w:r>
        <w:t>9. Out of Scope / Exclusions</w:t>
      </w:r>
    </w:p>
    <w:p>
      <w:r>
        <w:t>The following are NOT included in this SOW:</w:t>
      </w:r>
    </w:p>
    <w:p>
      <w:pPr>
        <w:ind w:left="360"/>
      </w:pPr>
      <w:r>
        <w:t>- [EXCLUSION 1 - e.g., Copywriting/content creation]</w:t>
      </w:r>
    </w:p>
    <w:p>
      <w:pPr>
        <w:ind w:left="360"/>
      </w:pPr>
      <w:r>
        <w:t>- [EXCLUSION 2 - e.g., Photography or stock image purchase]</w:t>
      </w:r>
    </w:p>
    <w:p>
      <w:pPr>
        <w:ind w:left="360"/>
      </w:pPr>
      <w:r>
        <w:t>- [EXCLUSION 3 - e.g., Ongoing maintenance after launch]</w:t>
      </w:r>
    </w:p>
    <w:p>
      <w:pPr>
        <w:ind w:left="360"/>
      </w:pPr>
      <w:r>
        <w:t>- [EXCLUSION 4 - e.g., Third-party integrations not specified]</w:t>
      </w:r>
    </w:p>
    <w:p>
      <w:pPr>
        <w:ind w:left="360"/>
      </w:pPr>
      <w:r>
        <w:t>- [EXCLUSION 5 - e.g., Print materials]</w:t>
      </w:r>
    </w:p>
    <w:p>
      <w:r>
        <w:t>Excluded items can be added via Change Order at additional cost</w:t>
      </w:r>
    </w:p>
    <w:p>
      <w:pPr>
        <w:pStyle w:val="Heading1"/>
      </w:pPr>
      <w:r>
        <w:t>10. Revisions &amp; Approval Process</w:t>
      </w:r>
    </w:p>
    <w:p>
      <w:r>
        <w:t>Included Revisions:</w:t>
      </w:r>
    </w:p>
    <w:p>
      <w:pPr>
        <w:ind w:left="360"/>
      </w:pPr>
      <w:r>
        <w:t>- [X] rounds of revisions at each milestone</w:t>
      </w:r>
    </w:p>
    <w:p>
      <w:pPr>
        <w:ind w:left="360"/>
      </w:pPr>
      <w:r>
        <w:t>- Revision round = one consolidated set of changes</w:t>
      </w:r>
    </w:p>
    <w:p>
      <w:r>
        <w:t>Approval Process:</w:t>
      </w:r>
    </w:p>
    <w:p>
      <w:pPr>
        <w:ind w:left="360"/>
      </w:pPr>
      <w:r>
        <w:t>1. Provider presents deliverable</w:t>
      </w:r>
    </w:p>
    <w:p>
      <w:pPr>
        <w:ind w:left="360"/>
      </w:pPr>
      <w:r>
        <w:t>2. Client reviews and provides consolidated feedback within [X] business days</w:t>
      </w:r>
    </w:p>
    <w:p>
      <w:pPr>
        <w:ind w:left="360"/>
      </w:pPr>
      <w:r>
        <w:t>3. Provider implements changes</w:t>
      </w:r>
    </w:p>
    <w:p>
      <w:pPr>
        <w:ind w:left="360"/>
      </w:pPr>
      <w:r>
        <w:t>4. Client approves or requests final revisions</w:t>
      </w:r>
    </w:p>
    <w:p>
      <w:pPr>
        <w:ind w:left="360"/>
      </w:pPr>
      <w:r>
        <w:t>5. Written approval required to proceed to next phase</w:t>
      </w:r>
    </w:p>
    <w:p>
      <w:r>
        <w:t>Additional revisions: $[AMOUNT] per round or $[RATE]/hour</w:t>
      </w:r>
    </w:p>
    <w:p>
      <w:pPr>
        <w:pStyle w:val="Heading1"/>
      </w:pPr>
      <w:r>
        <w:t>11. Change Management</w:t>
      </w:r>
    </w:p>
    <w:p>
      <w:r>
        <w:t>Changes to this SOW must follow this process:</w:t>
      </w:r>
    </w:p>
    <w:p>
      <w:pPr>
        <w:ind w:left="360"/>
      </w:pPr>
      <w:r>
        <w:t>1. Client submits change request in writing</w:t>
      </w:r>
    </w:p>
    <w:p>
      <w:pPr>
        <w:ind w:left="360"/>
      </w:pPr>
      <w:r>
        <w:t>2. Provider assesses impact on timeline and budget</w:t>
      </w:r>
    </w:p>
    <w:p>
      <w:pPr>
        <w:ind w:left="360"/>
      </w:pPr>
      <w:r>
        <w:t>3. Provider issues Change Order with revised scope/cost</w:t>
      </w:r>
    </w:p>
    <w:p>
      <w:pPr>
        <w:ind w:left="360"/>
      </w:pPr>
      <w:r>
        <w:t>4. Client approves Change Order in writing</w:t>
      </w:r>
    </w:p>
    <w:p>
      <w:pPr>
        <w:ind w:left="360"/>
      </w:pPr>
      <w:r>
        <w:t>5. Work proceeds on approved changes</w:t>
      </w:r>
    </w:p>
    <w:p>
      <w:r>
        <w:t>No changes will be made without written Change Order approval</w:t>
      </w:r>
    </w:p>
    <w:p>
      <w:r>
        <w:t>Change Order approval may extend project timeline</w:t>
      </w:r>
    </w:p>
    <w:p>
      <w:r>
        <w:t>Change Pricing: [HOURLY RATE / FIXED QUOTE PER CHANGE]</w:t>
      </w:r>
    </w:p>
    <w:p>
      <w:r>
        <w:t>Approval Authority: Changes under $[AMOUNT] may be approved by email by [NAME]; larger changes need a signed Change Order</w:t>
      </w:r>
    </w:p>
    <w:p>
      <w:r>
        <w:t>Change Log: Provider keeps a log of approved Change Orders with their scope, cost and timeline impact</w:t>
      </w:r>
    </w:p>
    <w:p>
      <w:pPr>
        <w:pStyle w:val="Heading1"/>
      </w:pPr>
      <w:r>
        <w:t>12. Budget &amp; Payment</w:t>
      </w:r>
    </w:p>
    <w:p>
      <w:r>
        <w:t>Total Project Investment: $[AMOUNT]</w:t>
      </w:r>
    </w:p>
    <w:p>
      <w:r>
        <w:t>Payment Schedule:</w:t>
      </w:r>
    </w:p>
    <w:p>
      <w:pPr>
        <w:ind w:left="360"/>
      </w:pPr>
      <w:r>
        <w:t>- [X]% ($[AMOUNT]) - Due upon SOW approval</w:t>
      </w:r>
    </w:p>
    <w:p>
      <w:pPr>
        <w:ind w:left="360"/>
      </w:pPr>
      <w:r>
        <w:t>- [X]% ($[AMOUNT]) - Due upon [MILESTONE 1] completion</w:t>
      </w:r>
    </w:p>
    <w:p>
      <w:pPr>
        <w:ind w:left="360"/>
      </w:pPr>
      <w:r>
        <w:t>- [X]% ($[AMOUNT]) - Due upon final delivery</w:t>
      </w:r>
    </w:p>
    <w:p>
      <w:r>
        <w:t>Payment Terms: Net [X] days from invoice date</w:t>
      </w:r>
    </w:p>
    <w:p>
      <w:r>
        <w:t>Late payments may pause project progress</w:t>
      </w:r>
    </w:p>
    <w:p>
      <w:pPr>
        <w:pStyle w:val="Heading1"/>
      </w:pPr>
      <w:r>
        <w:t>13. Approval</w:t>
      </w:r>
    </w:p>
    <w:p>
      <w:r>
        <w:t>Approval of this SOW authorizes Provider to begin work as described.</w:t>
      </w:r>
    </w:p>
    <w:p>
      <w:r>
        <w:t>Client Approval: _________________ Date: _________</w:t>
      </w:r>
    </w:p>
    <w:p>
      <w:r>
        <w:t>Print Name: _________________</w:t>
      </w:r>
    </w:p>
    <w:p>
      <w:r>
        <w:t>Title: _________________</w:t>
      </w:r>
    </w:p>
    <w:p>
      <w:r>
        <w:t>Provider Approval: _________________ Date: _________</w:t>
      </w:r>
    </w:p>
    <w:p>
      <w:r>
        <w:t>Print Name: _________________</w:t>
      </w:r>
    </w:p>
    <w:p>
      <w:r>
        <w:br w:type="page"/>
      </w:r>
    </w:p>
    <w:p>
      <w:pPr>
        <w:pStyle w:val="Heading1"/>
      </w:pPr>
      <w:r>
        <w:t>Drafting notes (delete before sending)</w:t>
      </w:r>
    </w:p>
    <w:p>
      <w:r>
        <w:rPr>
          <w:b/>
        </w:rPr>
        <w:t xml:space="preserve">1. Project Overview: </w:t>
      </w:r>
      <w:r>
        <w:t>Names the project and parties, tracks the version, and links the SOW to the services agreement that holds the legal terms.</w:t>
      </w:r>
    </w:p>
    <w:p>
      <w:r>
        <w:rPr>
          <w:b/>
        </w:rPr>
        <w:t xml:space="preserve">2. Objectives: </w:t>
      </w:r>
      <w:r>
        <w:t>States the objectives and how success will be measured. Replace the example figures with your client's own targets.</w:t>
      </w:r>
    </w:p>
    <w:p>
      <w:r>
        <w:rPr>
          <w:b/>
        </w:rPr>
        <w:t xml:space="preserve">3. Scope of Work: </w:t>
      </w:r>
      <w:r>
        <w:t>Describes the work by workstream or phase. Name quantities (interviews, page templates, pages migrated, browsers tested) so anyone could tell whether a task is in or out.</w:t>
      </w:r>
    </w:p>
    <w:p>
      <w:r>
        <w:rPr>
          <w:b/>
        </w:rPr>
        <w:t xml:space="preserve">4. Deliverables: </w:t>
      </w:r>
      <w:r>
        <w:t>Lists every deliverable with its format, quantity, acceptance criteria and included revision rounds. If it is not listed, it is not included.</w:t>
      </w:r>
    </w:p>
    <w:p>
      <w:r>
        <w:rPr>
          <w:b/>
        </w:rPr>
        <w:t xml:space="preserve">5. Timeline &amp; Milestones: </w:t>
      </w:r>
      <w:r>
        <w:t>Sets phases with dates, milestones and what each phase needs from the client.</w:t>
      </w:r>
    </w:p>
    <w:p>
      <w:r>
        <w:rPr>
          <w:b/>
        </w:rPr>
        <w:t xml:space="preserve">6. Acceptance Criteria: </w:t>
      </w:r>
      <w:r>
        <w:t>Says what counts as approval: the criteria from Section 4 plus a specific action and, if you use one, a deemed-acceptance period.</w:t>
      </w:r>
    </w:p>
    <w:p>
      <w:r>
        <w:rPr>
          <w:b/>
        </w:rPr>
        <w:t xml:space="preserve">7. Roles &amp; Responsibilities: </w:t>
      </w:r>
      <w:r>
        <w:t>Lists what each side does, what the client must supply, who approves what and how you communicate.</w:t>
      </w:r>
    </w:p>
    <w:p>
      <w:r>
        <w:rPr>
          <w:b/>
        </w:rPr>
        <w:t xml:space="preserve">8. Assumptions: </w:t>
      </w:r>
      <w:r>
        <w:t>Records what the scope and price assume. If an assumption turns out wrong, scope and price can be adjusted through a change order.</w:t>
      </w:r>
    </w:p>
    <w:p>
      <w:r>
        <w:rPr>
          <w:b/>
        </w:rPr>
        <w:t xml:space="preserve">9. Out of Scope / Exclusions: </w:t>
      </w:r>
      <w:r>
        <w:t>Lists what is not included. Name items specifically; this is the section you point to when an out-of-scope request arrives.</w:t>
      </w:r>
    </w:p>
    <w:p>
      <w:r>
        <w:rPr>
          <w:b/>
        </w:rPr>
        <w:t xml:space="preserve">10. Revisions &amp; Approval Process: </w:t>
      </w:r>
      <w:r>
        <w:t>Sets revision rounds per milestone, the approval steps and the price of extra rounds.</w:t>
      </w:r>
    </w:p>
    <w:p>
      <w:r>
        <w:rPr>
          <w:b/>
        </w:rPr>
        <w:t xml:space="preserve">11. Change Management: </w:t>
      </w:r>
      <w:r>
        <w:t>Sets the change order steps, how changes are priced, who can approve them and the change log.</w:t>
      </w:r>
    </w:p>
    <w:p>
      <w:r>
        <w:rPr>
          <w:b/>
        </w:rPr>
        <w:t xml:space="preserve">12. Budget &amp; Payment: </w:t>
      </w:r>
      <w:r>
        <w:t>Sets the total fee, payments tied to approval of milestones, payment terms and what happens when payment is late.</w:t>
      </w:r>
    </w:p>
    <w:p>
      <w:r>
        <w:rPr>
          <w:b/>
        </w:rPr>
        <w:t xml:space="preserve">13. Approval: </w:t>
      </w:r>
      <w:r>
        <w:t>Both parties sign and date the SOW, which authorizes work to start under the services agreement.</w:t>
      </w:r>
    </w:p>
    <w:p>
      <w:r>
        <w:rPr>
          <w:b/>
        </w:rPr>
        <w:t xml:space="preserve">Check with a lawyer: </w:t>
      </w:r>
      <w:r>
        <w:t>A SOW describes the work. Legal terms (ownership, liability, confidentiality, termination, governing law) belong in the services agreement or MSA it references. Check the two documents do not conflict, and say which one wins if they do.</w:t>
      </w:r>
    </w:p>
    <w:p>
      <w:r>
        <w:rPr>
          <w:b/>
        </w:rPr>
        <w:t xml:space="preserve">Check with a lawyer: </w:t>
      </w:r>
      <w:r>
        <w:t>Section 6 acceptance: if you use a deemed-approval period, make sure the services agreement allows it and the client has seen it before signing.</w:t>
      </w:r>
    </w:p>
    <w:p>
      <w:r>
        <w:rPr>
          <w:b/>
        </w:rPr>
        <w:t xml:space="preserve">Check with a lawyer: </w:t>
      </w:r>
      <w:r>
        <w:t>Section 11 change control: name who on each side can approve a change order, and the value above which a signed change order is required.</w:t>
      </w:r>
    </w:p>
    <w:p>
      <w:r>
        <w:rPr>
          <w:b/>
        </w:rPr>
        <w:t xml:space="preserve">Check with a lawyer: </w:t>
      </w:r>
      <w:r>
        <w:t>Have the services agreement reviewed once by a lawyer where you operate. Individual SOWs under it usually need only a careful read of scope, dates and fees.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Scope of Work Template</dc:title>
  <dc:subject/>
  <dc:creator>AgencyPro</dc:creator>
  <cp:keywords/>
  <dc:description>Template from agencypro.app. Not legal advice.</dc:description>
  <cp:lastModifiedBy/>
  <cp:revision>1</cp:revision>
  <dcterms:created xsi:type="dcterms:W3CDTF">2013-12-23T23:15:00Z</dcterms:created>
  <dcterms:modified xsi:type="dcterms:W3CDTF">2013-12-23T23:15:00Z</dcterms:modified>
  <cp:category/>
</cp:coreProperties>
</file>