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Short scope section for a proposal or contract</w:t>
      </w:r>
    </w:p>
    <w:p>
      <w:r>
        <w:rPr>
          <w:i/>
          <w:color w:val="555555"/>
          <w:sz w:val="18"/>
        </w:rPr>
        <w:t>Not legal advice. This template is a drafting starting point, provided for information only. Contract law differs by country and state, so have a qualified lawyer where you and your client are based review the final version before you sign it. Replace every [bracket], delete clauses that do not apply, and delete this note before sending.</w:t>
      </w:r>
    </w:p>
    <w:p>
      <w:r>
        <w:rPr>
          <w:color w:val="555555"/>
          <w:sz w:val="18"/>
        </w:rPr>
        <w:t>Source: https://agencypro.app/contracts/scope-of-work#scope-section-for-proposal</w:t>
      </w:r>
    </w:p>
    <w:p>
      <w:pPr>
        <w:pStyle w:val="Heading1"/>
      </w:pPr>
      <w:r>
        <w:t>SCOPE OF WORK</w:t>
      </w:r>
    </w:p>
    <w:p>
      <w:r>
        <w:t>Deliverables: [DELIVERABLE 1 WITH QUANTITY AND FORMAT]; [DELIVERABLE 2]; [DELIVERABLE 3]</w:t>
      </w:r>
    </w:p>
    <w:p>
      <w:r>
        <w:t>Timeline: Starts [DATE] once [DEPOSIT / SIGNED AGREEMENT / CLIENT MATERIALS] are received; final delivery by [DATE]</w:t>
      </w:r>
    </w:p>
    <w:p>
      <w:r>
        <w:t>Client provides: [CONTENT, ACCESS, ASSETS] by [DATE]</w:t>
      </w:r>
    </w:p>
    <w:p>
      <w:r>
        <w:t>Revisions: [X] consolidated rounds per deliverable</w:t>
      </w:r>
    </w:p>
    <w:p>
      <w:r>
        <w:t>Not included: [EXCLUSION 1]; [EXCLUSION 2]; [EXCLUSION 3]</w:t>
      </w:r>
    </w:p>
    <w:p>
      <w:r>
        <w:t>Changes: Anything not listed above is quoted separately and starts only after written approval</w:t>
      </w:r>
    </w:p>
    <w:p>
      <w:r>
        <w:t>Fee: $[AMOUNT], paid [SCHEDULE]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scope section for a proposal or contract</dc:title>
  <dc:subject/>
  <dc:creator>AgencyPro</dc:creator>
  <cp:keywords/>
  <dc:description>Template from agencypro.app.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