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Web Development Contract Template</w:t>
      </w:r>
    </w:p>
    <w:p>
      <w:r>
        <w:rPr>
          <w:i/>
          <w:color w:val="555555"/>
          <w:sz w:val="18"/>
        </w:rPr>
        <w:t>Not legal advice. This template is a drafting starting point, provided for information only. Contract law differs by country and state, so have a qualified lawyer where you and your client are based review the final version before you sign it. Replace every [bracket], delete clauses that do not apply, and delete this note before sending.</w:t>
      </w:r>
    </w:p>
    <w:p>
      <w:r>
        <w:rPr>
          <w:color w:val="555555"/>
          <w:sz w:val="18"/>
        </w:rPr>
        <w:t>Source: https://agencypro.app/contracts/web-development-contract</w:t>
      </w:r>
    </w:p>
    <w:p>
      <w:pPr>
        <w:pStyle w:val="Heading1"/>
      </w:pPr>
      <w:r>
        <w:t>1. Parties &amp; Agreement</w:t>
      </w:r>
    </w:p>
    <w:p>
      <w:r>
        <w:t>This Web Development Services Agreement ("Agreement") is entered into as of [DATE]:</w:t>
      </w:r>
    </w:p>
    <w:p>
      <w:r>
        <w:t>Developer: [YOUR NAME/COMPANY], located at [ADDRESS] ("Developer")</w:t>
      </w:r>
    </w:p>
    <w:p>
      <w:r>
        <w:t>Client: [CLIENT NAME/COMPANY], located at [ADDRESS] ("Client")</w:t>
      </w:r>
    </w:p>
    <w:p>
      <w:r>
        <w:t>This Agreement governs the development of the website/application described below.</w:t>
      </w:r>
    </w:p>
    <w:p>
      <w:pPr>
        <w:pStyle w:val="Heading1"/>
      </w:pPr>
      <w:r>
        <w:t>2. Project Scope &amp; Technical Specifications</w:t>
      </w:r>
    </w:p>
    <w:p>
      <w:r>
        <w:t>Project: [PROJECT NAME/DESCRIPTION]</w:t>
      </w:r>
    </w:p>
    <w:p>
      <w:r>
        <w:t>Technology Stack:</w:t>
      </w:r>
    </w:p>
    <w:p>
      <w:pPr>
        <w:ind w:left="360"/>
      </w:pPr>
      <w:r>
        <w:t>- Frontend: [FRAMEWORK/LIBRARY]</w:t>
      </w:r>
    </w:p>
    <w:p>
      <w:pPr>
        <w:ind w:left="360"/>
      </w:pPr>
      <w:r>
        <w:t>- Backend: [FRAMEWORK/LANGUAGE]</w:t>
      </w:r>
    </w:p>
    <w:p>
      <w:pPr>
        <w:ind w:left="360"/>
      </w:pPr>
      <w:r>
        <w:t>- Database: [DATABASE TYPE]</w:t>
      </w:r>
    </w:p>
    <w:p>
      <w:pPr>
        <w:ind w:left="360"/>
      </w:pPr>
      <w:r>
        <w:t>- Hosting: [HOSTING REQUIREMENTS]</w:t>
      </w:r>
    </w:p>
    <w:p>
      <w:r>
        <w:t>Features &amp; Functionality:</w:t>
      </w:r>
    </w:p>
    <w:p>
      <w:pPr>
        <w:ind w:left="360"/>
      </w:pPr>
      <w:r>
        <w:t>- [FEATURE 1 - detailed description]</w:t>
      </w:r>
    </w:p>
    <w:p>
      <w:pPr>
        <w:ind w:left="360"/>
      </w:pPr>
      <w:r>
        <w:t>- [FEATURE 2 - detailed description]</w:t>
      </w:r>
    </w:p>
    <w:p>
      <w:pPr>
        <w:ind w:left="360"/>
      </w:pPr>
      <w:r>
        <w:t>- [FEATURE 3 - detailed description]</w:t>
      </w:r>
    </w:p>
    <w:p>
      <w:r>
        <w:t>Pages/Screens: [NUMBER] pages including [LIST KEY PAGES]</w:t>
      </w:r>
    </w:p>
    <w:p>
      <w:r>
        <w:t>Third-Party Integrations: [LIST INTEGRATIONS]</w:t>
      </w:r>
    </w:p>
    <w:p>
      <w:r>
        <w:t>Performance Requirements: [LOAD TIME, UPTIME, etc.]</w:t>
      </w:r>
    </w:p>
    <w:p>
      <w:pPr>
        <w:pStyle w:val="Heading1"/>
      </w:pPr>
      <w:r>
        <w:t>3. Browser &amp; Device Compatibility</w:t>
      </w:r>
    </w:p>
    <w:p>
      <w:r>
        <w:t>Browser Support:</w:t>
      </w:r>
    </w:p>
    <w:p>
      <w:pPr>
        <w:ind w:left="360"/>
      </w:pPr>
      <w:r>
        <w:t>- Chrome: Latest 2 versions</w:t>
      </w:r>
    </w:p>
    <w:p>
      <w:pPr>
        <w:ind w:left="360"/>
      </w:pPr>
      <w:r>
        <w:t>- Firefox: Latest 2 versions</w:t>
      </w:r>
    </w:p>
    <w:p>
      <w:pPr>
        <w:ind w:left="360"/>
      </w:pPr>
      <w:r>
        <w:t>- Safari: Latest 2 versions</w:t>
      </w:r>
    </w:p>
    <w:p>
      <w:pPr>
        <w:ind w:left="360"/>
      </w:pPr>
      <w:r>
        <w:t>- Edge: Latest 2 versions</w:t>
      </w:r>
    </w:p>
    <w:p>
      <w:pPr>
        <w:ind w:left="360"/>
      </w:pPr>
      <w:r>
        <w:t>- Mobile: iOS Safari and Chrome Android (latest versions)</w:t>
      </w:r>
    </w:p>
    <w:p>
      <w:r>
        <w:t>Responsive Breakpoints: [MOBILE, TABLET, DESKTOP WIDTHS]</w:t>
      </w:r>
    </w:p>
    <w:p>
      <w:r>
        <w:t>Testing: Developer will test on specified browsers/devices</w:t>
      </w:r>
    </w:p>
    <w:p>
      <w:r>
        <w:t>Older browser support available as optional add-on service</w:t>
      </w:r>
    </w:p>
    <w:p>
      <w:pPr>
        <w:pStyle w:val="Heading1"/>
      </w:pPr>
      <w:r>
        <w:t>4. Development Process &amp; Timeline</w:t>
      </w:r>
    </w:p>
    <w:p>
      <w:r>
        <w:t>Phase 1 - Planning &amp; Design: [X] weeks</w:t>
      </w:r>
    </w:p>
    <w:p>
      <w:pPr>
        <w:ind w:left="360"/>
      </w:pPr>
      <w:r>
        <w:t>- Deliverables: Wireframes, design mockups, technical architecture</w:t>
      </w:r>
    </w:p>
    <w:p>
      <w:r>
        <w:t>Phase 2 - Development: [X] weeks</w:t>
      </w:r>
    </w:p>
    <w:p>
      <w:pPr>
        <w:ind w:left="360"/>
      </w:pPr>
      <w:r>
        <w:t>- Deliverables: Functional development environment, core features</w:t>
      </w:r>
    </w:p>
    <w:p>
      <w:r>
        <w:t>Phase 3 - Testing &amp; Refinement: [X] weeks</w:t>
      </w:r>
    </w:p>
    <w:p>
      <w:pPr>
        <w:ind w:left="360"/>
      </w:pPr>
      <w:r>
        <w:t>- Deliverables: Bug fixes, performance optimization</w:t>
      </w:r>
    </w:p>
    <w:p>
      <w:r>
        <w:t>Phase 4 - Launch: [X] weeks</w:t>
      </w:r>
    </w:p>
    <w:p>
      <w:pPr>
        <w:ind w:left="360"/>
      </w:pPr>
      <w:r>
        <w:t>- Deliverables: Production deployment, documentation</w:t>
      </w:r>
    </w:p>
    <w:p>
      <w:r>
        <w:t>Total Timeline: [X] weeks from project start</w:t>
      </w:r>
    </w:p>
    <w:p>
      <w:r>
        <w:t>Timeline assumes Client provides feedback within [X] business days</w:t>
      </w:r>
    </w:p>
    <w:p>
      <w:pPr>
        <w:pStyle w:val="Heading1"/>
      </w:pPr>
      <w:r>
        <w:t>5. Payment Terms</w:t>
      </w:r>
    </w:p>
    <w:p>
      <w:r>
        <w:t>Total Project Fee: $[AMOUNT]</w:t>
      </w:r>
    </w:p>
    <w:p>
      <w:r>
        <w:t>Payment Schedule:</w:t>
      </w:r>
    </w:p>
    <w:p>
      <w:pPr>
        <w:ind w:left="360"/>
      </w:pPr>
      <w:r>
        <w:t>- 40% ($[AMOUNT]) due upon signing (before work begins)</w:t>
      </w:r>
    </w:p>
    <w:p>
      <w:pPr>
        <w:ind w:left="360"/>
      </w:pPr>
      <w:r>
        <w:t>- 30% ($[AMOUNT]) due upon completion of Phase 2</w:t>
      </w:r>
    </w:p>
    <w:p>
      <w:pPr>
        <w:ind w:left="360"/>
      </w:pPr>
      <w:r>
        <w:t>- 20% ($[AMOUNT]) due upon completion of Phase 3</w:t>
      </w:r>
    </w:p>
    <w:p>
      <w:pPr>
        <w:ind w:left="360"/>
      </w:pPr>
      <w:r>
        <w:t>- 10% ($[AMOUNT]) due upon launch acceptance</w:t>
      </w:r>
    </w:p>
    <w:p>
      <w:r>
        <w:t>Payment Terms: Net [X] days from invoice</w:t>
      </w:r>
    </w:p>
    <w:p>
      <w:r>
        <w:t>Late Payment: [X]% monthly fee after [X] day grace period</w:t>
      </w:r>
    </w:p>
    <w:p>
      <w:pPr>
        <w:pStyle w:val="Heading1"/>
      </w:pPr>
      <w:r>
        <w:t>6. Code Ownership &amp; Intellectual Property</w:t>
      </w:r>
    </w:p>
    <w:p>
      <w:r>
        <w:t>Upon final payment, Client receives ownership of custom code developed for this project</w:t>
      </w:r>
    </w:p>
    <w:p>
      <w:r>
        <w:t>Until final payment, all code remains Developer's property</w:t>
      </w:r>
    </w:p>
    <w:p>
      <w:r>
        <w:t>Developer retains ownership of:</w:t>
      </w:r>
    </w:p>
    <w:p>
      <w:pPr>
        <w:ind w:left="360"/>
      </w:pPr>
      <w:r>
        <w:t>- Pre-existing code libraries and frameworks</w:t>
      </w:r>
    </w:p>
    <w:p>
      <w:pPr>
        <w:ind w:left="360"/>
      </w:pPr>
      <w:r>
        <w:t>- Developer tools and methodologies</w:t>
      </w:r>
    </w:p>
    <w:p>
      <w:pPr>
        <w:ind w:left="360"/>
      </w:pPr>
      <w:r>
        <w:t>- General programming techniques and knowledge</w:t>
      </w:r>
    </w:p>
    <w:p>
      <w:r>
        <w:t>Third-party libraries: Licensed per their respective licenses</w:t>
      </w:r>
    </w:p>
    <w:p>
      <w:r>
        <w:t>Developer grants Client license to use any pre-existing code incorporated in deliverables</w:t>
      </w:r>
    </w:p>
    <w:p>
      <w:pPr>
        <w:pStyle w:val="Heading1"/>
      </w:pPr>
      <w:r>
        <w:t>7. Hosting &amp; Deployment</w:t>
      </w:r>
    </w:p>
    <w:p>
      <w:r>
        <w:t>[OPTION A - Developer Provides Hosting]:</w:t>
      </w:r>
    </w:p>
    <w:p>
      <w:pPr>
        <w:ind w:left="360"/>
      </w:pPr>
      <w:r>
        <w:t>- Developer will set up and manage hosting for [X] months</w:t>
      </w:r>
    </w:p>
    <w:p>
      <w:pPr>
        <w:ind w:left="360"/>
      </w:pPr>
      <w:r>
        <w:t>- Hosting fee: $[AMOUNT]/month (separate from development fee)</w:t>
      </w:r>
    </w:p>
    <w:p>
      <w:r>
        <w:t>[OPTION B - Client Provides Hosting]:</w:t>
      </w:r>
    </w:p>
    <w:p>
      <w:pPr>
        <w:ind w:left="360"/>
      </w:pPr>
      <w:r>
        <w:t>- Client will provide hosting environment meeting [SPECIFICATIONS]</w:t>
      </w:r>
    </w:p>
    <w:p>
      <w:pPr>
        <w:ind w:left="360"/>
      </w:pPr>
      <w:r>
        <w:t>- Developer will deploy to Client's hosting</w:t>
      </w:r>
    </w:p>
    <w:p>
      <w:r>
        <w:t>Deployment Process:</w:t>
      </w:r>
    </w:p>
    <w:p>
      <w:pPr>
        <w:ind w:left="360"/>
      </w:pPr>
      <w:r>
        <w:t>- Staging environment for testing</w:t>
      </w:r>
    </w:p>
    <w:p>
      <w:pPr>
        <w:ind w:left="360"/>
      </w:pPr>
      <w:r>
        <w:t>- Production deployment upon approval</w:t>
      </w:r>
    </w:p>
    <w:p>
      <w:pPr>
        <w:ind w:left="360"/>
      </w:pPr>
      <w:r>
        <w:t>- [X] deployment attempts included, additional deployments: $[RATE]</w:t>
      </w:r>
    </w:p>
    <w:p>
      <w:pPr>
        <w:pStyle w:val="Heading1"/>
      </w:pPr>
      <w:r>
        <w:t>8. Testing &amp; Acceptance</w:t>
      </w:r>
    </w:p>
    <w:p>
      <w:r>
        <w:t>Acceptance Testing:</w:t>
      </w:r>
    </w:p>
    <w:p>
      <w:pPr>
        <w:ind w:left="360"/>
      </w:pPr>
      <w:r>
        <w:t>- Developer will conduct internal testing before delivery</w:t>
      </w:r>
    </w:p>
    <w:p>
      <w:pPr>
        <w:ind w:left="360"/>
      </w:pPr>
      <w:r>
        <w:t>- Client will have [X] business days to test and report issues</w:t>
      </w:r>
    </w:p>
    <w:p>
      <w:r>
        <w:t>Bug Classification:</w:t>
      </w:r>
    </w:p>
    <w:p>
      <w:pPr>
        <w:ind w:left="360"/>
      </w:pPr>
      <w:r>
        <w:t>- Critical: Site unusable, data loss, security issues</w:t>
      </w:r>
    </w:p>
    <w:p>
      <w:pPr>
        <w:ind w:left="360"/>
      </w:pPr>
      <w:r>
        <w:t>- Major: Significant functionality broken</w:t>
      </w:r>
    </w:p>
    <w:p>
      <w:pPr>
        <w:ind w:left="360"/>
      </w:pPr>
      <w:r>
        <w:t>- Minor: Cosmetic issues, small bugs</w:t>
      </w:r>
    </w:p>
    <w:p>
      <w:r>
        <w:t>Acceptance Criteria: All critical and major bugs resolved</w:t>
      </w:r>
    </w:p>
    <w:p>
      <w:r>
        <w:t>Minor bugs may be deferred to post-launch support period</w:t>
      </w:r>
    </w:p>
    <w:p>
      <w:pPr>
        <w:pStyle w:val="Heading1"/>
      </w:pPr>
      <w:r>
        <w:t>9. Post-Launch Support &amp; Maintenance</w:t>
      </w:r>
    </w:p>
    <w:p>
      <w:r>
        <w:t>Warranty Period: [X] days from launch date</w:t>
      </w:r>
    </w:p>
    <w:p>
      <w:r>
        <w:t>During warranty, Developer will fix bugs related to delivered functionality at no charge</w:t>
      </w:r>
    </w:p>
    <w:p>
      <w:r>
        <w:t>NOT Covered (available as paid maintenance):</w:t>
      </w:r>
    </w:p>
    <w:p>
      <w:pPr>
        <w:ind w:left="360"/>
      </w:pPr>
      <w:r>
        <w:t>- New features or functionality changes</w:t>
      </w:r>
    </w:p>
    <w:p>
      <w:pPr>
        <w:ind w:left="360"/>
      </w:pPr>
      <w:r>
        <w:t>- Content updates or changes</w:t>
      </w:r>
    </w:p>
    <w:p>
      <w:pPr>
        <w:ind w:left="360"/>
      </w:pPr>
      <w:r>
        <w:t>- Third-party service issues or API changes</w:t>
      </w:r>
    </w:p>
    <w:p>
      <w:pPr>
        <w:ind w:left="360"/>
      </w:pPr>
      <w:r>
        <w:t>- Client modifications or third-party additions</w:t>
      </w:r>
    </w:p>
    <w:p>
      <w:pPr>
        <w:ind w:left="360"/>
      </w:pPr>
      <w:r>
        <w:t>- Hosting or server configuration issues</w:t>
      </w:r>
    </w:p>
    <w:p>
      <w:r>
        <w:t>After warranty: Maintenance available at $[RATE]/hour or monthly retainer</w:t>
      </w:r>
    </w:p>
    <w:p>
      <w:pPr>
        <w:pStyle w:val="Heading1"/>
      </w:pPr>
      <w:r>
        <w:t>10. Third-Party Services &amp; Limitations</w:t>
      </w:r>
    </w:p>
    <w:p>
      <w:r>
        <w:t>Third-Party Services:</w:t>
      </w:r>
    </w:p>
    <w:p>
      <w:pPr>
        <w:ind w:left="360"/>
      </w:pPr>
      <w:r>
        <w:t>- [LIST THIRD-PARTY SERVICES/APIS]</w:t>
      </w:r>
    </w:p>
    <w:p>
      <w:r>
        <w:t>Developer will integrate third-party services per their documentation</w:t>
      </w:r>
    </w:p>
    <w:p>
      <w:r>
        <w:t>Developer not responsible for:</w:t>
      </w:r>
    </w:p>
    <w:p>
      <w:pPr>
        <w:ind w:left="360"/>
      </w:pPr>
      <w:r>
        <w:t>- Third-party service outages or downtime</w:t>
      </w:r>
    </w:p>
    <w:p>
      <w:pPr>
        <w:ind w:left="360"/>
      </w:pPr>
      <w:r>
        <w:t>- Changes to third-party APIs or services</w:t>
      </w:r>
    </w:p>
    <w:p>
      <w:pPr>
        <w:ind w:left="360"/>
      </w:pPr>
      <w:r>
        <w:t>- Third-party service limitations or restrictions</w:t>
      </w:r>
    </w:p>
    <w:p>
      <w:r>
        <w:t>Client acknowledges that third-party services may change or discontinue</w:t>
      </w:r>
    </w:p>
    <w:p>
      <w:r>
        <w:t>Alternative solutions may require additional development fees</w:t>
      </w:r>
    </w:p>
    <w:p>
      <w:pPr>
        <w:pStyle w:val="Heading1"/>
      </w:pPr>
      <w:r>
        <w:t>11. Security &amp; Compliance</w:t>
      </w:r>
    </w:p>
    <w:p>
      <w:r>
        <w:t>Developer will implement reasonable security measures</w:t>
      </w:r>
    </w:p>
    <w:p>
      <w:r>
        <w:t>Security includes: [SSL, password hashing, input validation, etc.]</w:t>
      </w:r>
    </w:p>
    <w:p>
      <w:r>
        <w:t>Compliance: [GDPR, PCI-DSS, HIPAA, etc. - if applicable]</w:t>
      </w:r>
    </w:p>
    <w:p>
      <w:r>
        <w:t>Client responsible for:</w:t>
      </w:r>
    </w:p>
    <w:p>
      <w:pPr>
        <w:ind w:left="360"/>
      </w:pPr>
      <w:r>
        <w:t>- Secure password practices</w:t>
      </w:r>
    </w:p>
    <w:p>
      <w:pPr>
        <w:ind w:left="360"/>
      </w:pPr>
      <w:r>
        <w:t>- Regular backups (if not included in hosting)</w:t>
      </w:r>
    </w:p>
    <w:p>
      <w:pPr>
        <w:ind w:left="360"/>
      </w:pPr>
      <w:r>
        <w:t>- Content that complies with applicable laws</w:t>
      </w:r>
    </w:p>
    <w:p>
      <w:r>
        <w:t>Developer not liable for security breaches due to Client negligence or third-party attacks</w:t>
      </w:r>
    </w:p>
    <w:p>
      <w:pPr>
        <w:pStyle w:val="Heading1"/>
      </w:pPr>
      <w:r>
        <w:t>12. Termination</w:t>
      </w:r>
    </w:p>
    <w:p>
      <w:r>
        <w:t>Either party may terminate with [X] days written notice</w:t>
      </w:r>
    </w:p>
    <w:p>
      <w:r>
        <w:t>Upon termination:</w:t>
      </w:r>
    </w:p>
    <w:p>
      <w:pPr>
        <w:ind w:left="360"/>
      </w:pPr>
      <w:r>
        <w:t>- Client pays for all work completed through termination date</w:t>
      </w:r>
    </w:p>
    <w:p>
      <w:pPr>
        <w:ind w:left="360"/>
      </w:pPr>
      <w:r>
        <w:t>- Developer delivers all completed code and work-in-progress</w:t>
      </w:r>
    </w:p>
    <w:p>
      <w:pPr>
        <w:ind w:left="360"/>
      </w:pPr>
      <w:r>
        <w:t>- If Client terminates after [X]% completion, Client pays [X]% kill fee</w:t>
      </w:r>
    </w:p>
    <w:p>
      <w:r>
        <w:t>Code delivered upon termination is "as-is" without warranty</w:t>
      </w:r>
    </w:p>
    <w:p>
      <w:pPr>
        <w:pStyle w:val="Heading1"/>
      </w:pPr>
      <w:r>
        <w:t>13. Limitation of Liability</w:t>
      </w:r>
    </w:p>
    <w:p>
      <w:r>
        <w:t>Developer's liability limited to total fees paid under this Agreement</w:t>
      </w:r>
    </w:p>
    <w:p>
      <w:r>
        <w:t>Developer not liable for indirect, consequential, or punitive damages</w:t>
      </w:r>
    </w:p>
    <w:p>
      <w:r>
        <w:t>Developer not liable for lost profits, lost data, or business interruption</w:t>
      </w:r>
    </w:p>
    <w:p>
      <w:r>
        <w:t>Developer provides development services, not guarantees of business results</w:t>
      </w:r>
    </w:p>
    <w:p>
      <w:r>
        <w:t>Client responsible for backing up data and content</w:t>
      </w:r>
    </w:p>
    <w:p>
      <w:pPr>
        <w:pStyle w:val="Heading1"/>
      </w:pPr>
      <w:r>
        <w:t>14. Governing Law &amp; Disputes</w:t>
      </w:r>
    </w:p>
    <w:p>
      <w:r>
        <w:t>Governing Law: This Agreement is governed by the laws of [STATE/PROVINCE, COUNTRY]</w:t>
      </w:r>
    </w:p>
    <w:p>
      <w:r>
        <w:t>Dispute Resolution: The parties will first try to resolve any dispute through good-faith discussion within [X] days of written notice</w:t>
      </w:r>
    </w:p>
    <w:p>
      <w:r>
        <w:t>If not resolved: [MEDIATION / ARBITRATION UNDER (NAMED RULES) / THE COURTS OF (CITY, STATE/COUNTRY)]</w:t>
      </w:r>
    </w:p>
    <w:p>
      <w:pPr>
        <w:pStyle w:val="Heading1"/>
      </w:pPr>
      <w:r>
        <w:t>15. Signatures</w:t>
      </w:r>
    </w:p>
    <w:p>
      <w:r>
        <w:t>Both parties agree to the terms above.</w:t>
      </w:r>
    </w:p>
    <w:p>
      <w:r>
        <w:t>Developer: _________________ Date: _________</w:t>
      </w:r>
    </w:p>
    <w:p>
      <w:r>
        <w:t>Client: _________________ Date: _________</w:t>
      </w:r>
    </w:p>
    <w:p>
      <w:r>
        <w:br w:type="page"/>
      </w:r>
    </w:p>
    <w:p>
      <w:pPr>
        <w:pStyle w:val="Heading1"/>
      </w:pPr>
      <w:r>
        <w:t>Drafting notes (delete before sending)</w:t>
      </w:r>
    </w:p>
    <w:p>
      <w:r>
        <w:rPr>
          <w:b/>
        </w:rPr>
        <w:t xml:space="preserve">1. Parties &amp; Agreement: </w:t>
      </w:r>
      <w:r>
        <w:t>Names the developer or agency and the client.</w:t>
      </w:r>
    </w:p>
    <w:p>
      <w:r>
        <w:rPr>
          <w:b/>
        </w:rPr>
        <w:t xml:space="preserve">2. Project Scope &amp; Technical Specifications: </w:t>
      </w:r>
      <w:r>
        <w:t>Records the stack, features, pages, integrations and performance requirements that acceptance is measured against.</w:t>
      </w:r>
    </w:p>
    <w:p>
      <w:r>
        <w:rPr>
          <w:b/>
        </w:rPr>
        <w:t xml:space="preserve">3. Browser &amp; Device Compatibility: </w:t>
      </w:r>
      <w:r>
        <w:t>Lists the browsers, versions and breakpoints that will be tested. Older browsers are an add-on.</w:t>
      </w:r>
    </w:p>
    <w:p>
      <w:r>
        <w:rPr>
          <w:b/>
        </w:rPr>
        <w:t xml:space="preserve">4. Development Process &amp; Timeline: </w:t>
      </w:r>
      <w:r>
        <w:t>Sets four phases with deliverables, and makes the timeline depend on the client's feedback window.</w:t>
      </w:r>
    </w:p>
    <w:p>
      <w:r>
        <w:rPr>
          <w:b/>
        </w:rPr>
        <w:t xml:space="preserve">5. Payment Terms: </w:t>
      </w:r>
      <w:r>
        <w:t>Splits the fee 40/30/20/10 across signing, development, testing and launch acceptance.</w:t>
      </w:r>
    </w:p>
    <w:p>
      <w:r>
        <w:rPr>
          <w:b/>
        </w:rPr>
        <w:t xml:space="preserve">6. Code Ownership &amp; Intellectual Property: </w:t>
      </w:r>
      <w:r>
        <w:t>Gives the client the custom code on final payment, keeps pre-existing code and tools with the developer under a licence, and leaves third-party code under its own licence.</w:t>
      </w:r>
    </w:p>
    <w:p>
      <w:r>
        <w:rPr>
          <w:b/>
        </w:rPr>
        <w:t xml:space="preserve">7. Hosting &amp; Deployment: </w:t>
      </w:r>
      <w:r>
        <w:t>Choose Option A (developer hosts for a fee) or Option B (client hosts), and set the deployment process.</w:t>
      </w:r>
    </w:p>
    <w:p>
      <w:r>
        <w:rPr>
          <w:b/>
        </w:rPr>
        <w:t xml:space="preserve">8. Testing &amp; Acceptance: </w:t>
      </w:r>
      <w:r>
        <w:t>Gives the client a testing window, classifies bugs and accepts the build once critical and major bugs are fixed.</w:t>
      </w:r>
    </w:p>
    <w:p>
      <w:r>
        <w:rPr>
          <w:b/>
        </w:rPr>
        <w:t xml:space="preserve">9. Post-Launch Support &amp; Maintenance: </w:t>
      </w:r>
      <w:r>
        <w:t>Sets a free bug-fix period after launch and lists what it does not cover.</w:t>
      </w:r>
    </w:p>
    <w:p>
      <w:r>
        <w:rPr>
          <w:b/>
        </w:rPr>
        <w:t xml:space="preserve">10. Third-Party Services &amp; Limitations: </w:t>
      </w:r>
      <w:r>
        <w:t>Lists third-party services and puts their outages and API changes outside the developer's responsibility.</w:t>
      </w:r>
    </w:p>
    <w:p>
      <w:r>
        <w:rPr>
          <w:b/>
        </w:rPr>
        <w:t xml:space="preserve">11. Security &amp; Compliance: </w:t>
      </w:r>
      <w:r>
        <w:t>Sets the security measures, any compliance standards that apply and the client's own security duties.</w:t>
      </w:r>
    </w:p>
    <w:p>
      <w:r>
        <w:rPr>
          <w:b/>
        </w:rPr>
        <w:t xml:space="preserve">12. Termination: </w:t>
      </w:r>
      <w:r>
        <w:t>Either side can end the agreement with notice. The client pays for work done, plus a kill fee after a completion point you set.</w:t>
      </w:r>
    </w:p>
    <w:p>
      <w:r>
        <w:rPr>
          <w:b/>
        </w:rPr>
        <w:t xml:space="preserve">13. Limitation of Liability: </w:t>
      </w:r>
      <w:r>
        <w:t>Caps the developer's liability at fees paid and excludes indirect losses, lost data and business results.</w:t>
      </w:r>
    </w:p>
    <w:p>
      <w:r>
        <w:rPr>
          <w:b/>
        </w:rPr>
        <w:t xml:space="preserve">14. Governing Law &amp; Disputes: </w:t>
      </w:r>
      <w:r>
        <w:t>Names the law that applies and how disputes are handled. Fill in both lines, then have a lawyer qualified in that jurisdiction confirm them before signing.</w:t>
      </w:r>
    </w:p>
    <w:p>
      <w:r>
        <w:rPr>
          <w:b/>
        </w:rPr>
        <w:t xml:space="preserve">15. Signatures: </w:t>
      </w:r>
      <w:r>
        <w:t>Both parties sign and date the agreement before work starts.</w:t>
      </w:r>
    </w:p>
    <w:p>
      <w:r>
        <w:rPr>
          <w:b/>
        </w:rPr>
        <w:t xml:space="preserve">Check with a lawyer: </w:t>
      </w:r>
      <w:r>
        <w:t>The governing law and disputes section is a fill-in clause. Choose the law and the forum, then have a lawyer qualified in that jurisdiction confirm the wording.</w:t>
      </w:r>
    </w:p>
    <w:p>
      <w:r>
        <w:rPr>
          <w:b/>
        </w:rPr>
        <w:t xml:space="preserve">Check with a lawyer: </w:t>
      </w:r>
      <w:r>
        <w:t>Clause 6: open-source and third-party code stays under its own licence after handover. List the main licences so the client knows what they own outright.</w:t>
      </w:r>
    </w:p>
    <w:p>
      <w:r>
        <w:rPr>
          <w:b/>
        </w:rPr>
        <w:t xml:space="preserve">Check with a lawyer: </w:t>
      </w:r>
      <w:r>
        <w:t>Clause 11: decide who is responsible for the privacy policy, cookie consent and accessibility obligations that apply to the site, and write it down.</w:t>
      </w:r>
    </w:p>
    <w:p>
      <w:r>
        <w:rPr>
          <w:b/>
        </w:rPr>
        <w:t xml:space="preserve">Check with a lawyer: </w:t>
      </w:r>
      <w:r>
        <w:t>E-commerce version: the client usually remains responsible for PCI DSS compliance with its payment provider. If you handle customer personal data, attach a data processing agreement.</w:t>
      </w:r>
    </w:p>
    <w:p>
      <w:r>
        <w:rPr>
          <w:b/>
        </w:rPr>
        <w:t xml:space="preserve">Check with a lawyer: </w:t>
      </w:r>
      <w:r>
        <w:t>Check that the warranty period in clause 9 and the liability cap in clause 13 match what your insurance covers.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Development Contract Template</dc:title>
  <dc:subject/>
  <dc:creator>AgencyPro</dc:creator>
  <cp:keywords/>
  <dc:description>Template from agencypro.app. Not legal advice.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