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Messaging and research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Landing page copy: [page]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Email sequence: [n] emails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Ad copy: [n] headlines and [n] descriptions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Additional variants (approved [date])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30 days of the invoice date. Includes [n] revision rounds per deliverable as agreed; further rounds are billed separately.</w:t>
      </w:r>
    </w:p>
    <w:p>
      <w:r>
        <w:rPr>
          <w:b/>
        </w:rPr>
        <w:t>Notes</w:t>
      </w:r>
    </w:p>
    <w:p/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Copywriting (landing pages, email, ads)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