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Deposit: [share] of project fee for [project], per agreement [reference]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t>0.5</w:t>
            </w: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Deposit due before work starts. It will be credited against the final invoice for this project. Whether it is refundable depends on our agreement.</w:t>
      </w:r>
    </w:p>
    <w:p>
      <w:r>
        <w:rPr>
          <w:b/>
        </w:rPr>
        <w:t>Notes</w:t>
      </w:r>
    </w:p>
    <w:p>
      <w:r>
        <w:t>Project fee: [total]. Balance due on completion: [amount].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invoice (upfront payment)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