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Article: [title], [n] words at per-word rate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Research and interview time (approved)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Additional revision round beyond the [n] included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Payment due within 30 days of the invoice date. Rights: [first rights / all rights] transfer on payment, as set out in our agreement.</w:t>
      </w:r>
    </w:p>
    <w:p>
      <w:r>
        <w:rPr>
          <w:b/>
        </w:rPr>
        <w:t>Notes</w:t>
      </w:r>
    </w:p>
    <w:p/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Articles (per word or per piece)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