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Project fee: [deliverable]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Hourly work: [task]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Approved expense at cost: [item]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15 days of the invoice date, as agreed on [date]. Replace with the terms you agreed with this client.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Solo freelancer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