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Design: [deliverable]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Development: [deliverable]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Stock images, at cost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Travel to client workshop, at cost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30 days of the invoice date. Receipts for expenses are available on request. Replace with the terms in your agreement.</w:t>
      </w:r>
    </w:p>
    <w:p>
      <w:r>
        <w:rPr>
          <w:b/>
        </w:rPr>
        <w:t>Notes</w:t>
      </w:r>
    </w:p>
    <w:p/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Itemized invoice with category subtotals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