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Service or deliverable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Approved additional work: [description and approval date]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Replace with the terms in your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invoice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