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Service or deliverable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Make cheques payable to [business name] and write the invoice number on the back.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Printable invoice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