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Shoot day (single camera, up to [n] hours including setup)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Post-production: edit, colour and audio, hours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Deliverables: [cuts and formats]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Revision round beyond the [n] included, hours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Travel, at cost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Payment due within 14 days of the invoice date. Usage licence: [scope and term] as agreed. Raw footage is not included unless agreed.</w:t>
      </w:r>
    </w:p>
    <w:p>
      <w:r>
        <w:rPr>
          <w:b/>
        </w:rPr>
        <w:t>Notes</w:t>
      </w:r>
    </w:p>
    <w:p/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Videographer: day rate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