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Website care plan, [month]: updates, backups and uptime checks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Hosting, [month]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Development beyond the plan (approved [date]), hours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Care plan billed monthly in advance. Extra development is billed at the hourly rate in our agreement.</w:t>
      </w:r>
    </w:p>
    <w:p>
      <w:r>
        <w:rPr>
          <w:b/>
        </w:rPr>
        <w:t>Notes</w:t>
      </w:r>
    </w:p>
    <w:p/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maintenance (monthly)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