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General agency proposal</w:t>
      </w:r>
    </w:p>
    <w:p>
      <w:r>
        <w:rPr>
          <w:i/>
          <w:color w:val="555555"/>
          <w:sz w:val="18"/>
        </w:rPr>
        <w:t>Replace every [bracket] and every example figure with your own scope, dates and prices, and delete this note before sending. A proposal describes the offer; attach a services agreement that covers ownership, confidentiality, liability, cancellation and governing law before work starts.</w:t>
      </w:r>
    </w:p>
    <w:p>
      <w:r>
        <w:rPr>
          <w:color w:val="555555"/>
          <w:sz w:val="18"/>
        </w:rPr>
        <w:t>Source: https://agencypro.app/proposals#general-agency-proposal</w:t>
      </w:r>
    </w:p>
    <w:p>
      <w:pPr>
        <w:pStyle w:val="Heading1"/>
      </w:pPr>
      <w:r>
        <w:t>AGENCY SERVICES PROPOSAL</w:t>
      </w:r>
    </w:p>
    <w:p>
      <w:r>
        <w:t>Prepared for: [Client / decision-maker]</w:t>
      </w:r>
    </w:p>
    <w:p>
      <w:r>
        <w:t>Prepared by: [Agency / contact]</w:t>
      </w:r>
    </w:p>
    <w:p>
      <w:r>
        <w:t>Date and validity: [Date; this proposal is valid until (date)]</w:t>
      </w:r>
    </w:p>
    <w:p>
      <w:pPr>
        <w:pStyle w:val="Heading1"/>
      </w:pPr>
      <w:r>
        <w:t>1. Summary</w:t>
      </w:r>
    </w:p>
    <w:p>
      <w:r>
        <w:t>[Two or three sentences on the client's situation, in their own words from discovery.]</w:t>
      </w:r>
    </w:p>
    <w:p>
      <w:r>
        <w:t>Proposed solution: [One-paragraph overview of what you will do.]</w:t>
      </w:r>
    </w:p>
    <w:p>
      <w:r>
        <w:t>Expected outcome: [What changes for the client, with a measurable target where one exists.]</w:t>
      </w:r>
    </w:p>
    <w:p>
      <w:r>
        <w:t>Investment: [Total or monthly fee, and the recommended option.]</w:t>
      </w:r>
    </w:p>
    <w:p>
      <w:r>
        <w:t>Next step: [The one action you need, with a date.]</w:t>
      </w:r>
    </w:p>
    <w:p>
      <w:pPr>
        <w:pStyle w:val="Heading1"/>
      </w:pPr>
      <w:r>
        <w:t>2. Your goal and current situation</w:t>
      </w:r>
    </w:p>
    <w:p>
      <w:r>
        <w:t>[Summarize the business problem, audience, baseline and desired outcome. Record assumptions requiring confirmation.]</w:t>
      </w:r>
    </w:p>
    <w:p>
      <w:r>
        <w:t>What happens if nothing changes: [The cost or risk of leaving the problem as it is.]</w:t>
      </w:r>
    </w:p>
    <w:p>
      <w:pPr>
        <w:pStyle w:val="Heading1"/>
      </w:pPr>
      <w:r>
        <w:t>3. Proposed approach</w:t>
      </w:r>
    </w:p>
    <w:p>
      <w:r>
        <w:t>[Explain the method, phases and why they address the goal. Identify what the client must supply.]</w:t>
      </w:r>
    </w:p>
    <w:p>
      <w:r>
        <w:t>Risks and how we manage them: [Risk; how you reduce it; what you need from the client.]</w:t>
      </w:r>
    </w:p>
    <w:p>
      <w:pPr>
        <w:pStyle w:val="Heading1"/>
      </w:pPr>
      <w:r>
        <w:t>4. Scope and deliverables</w:t>
      </w:r>
    </w:p>
    <w:p>
      <w:r>
        <w:t>For each deliverable: [Name; quantity; format; owner; acceptance criteria; included revisions].</w:t>
      </w:r>
    </w:p>
    <w:p>
      <w:r>
        <w:t>Optional add-ons (not included unless selected): [Add-on; price].</w:t>
      </w:r>
    </w:p>
    <w:p>
      <w:r>
        <w:t>Not included: [Explicit exclusions].</w:t>
      </w:r>
    </w:p>
    <w:p>
      <w:pPr>
        <w:pStyle w:val="Heading1"/>
      </w:pPr>
      <w:r>
        <w:t>5. Timeline and responsibilities</w:t>
      </w:r>
    </w:p>
    <w:p>
      <w:r>
        <w:t>[Milestone; date; agency owner; client input/approval due; dependencies].</w:t>
      </w:r>
    </w:p>
    <w:p>
      <w:r>
        <w:t>Client approver: [Name]. Feedback turnaround: [Working days].</w:t>
      </w:r>
    </w:p>
    <w:p>
      <w:pPr>
        <w:pStyle w:val="Heading1"/>
      </w:pPr>
      <w:r>
        <w:t>6. Investment</w:t>
      </w:r>
    </w:p>
    <w:p>
      <w:r>
        <w:t>[Fee per phase or monthly package; payment milestones; expenses; tax treatment; third-party costs].</w:t>
      </w:r>
    </w:p>
    <w:p>
      <w:r>
        <w:t>Options (if offered): [Option A: scope and fee] / [Option B: scope and fee] / [Option C: scope and fee].</w:t>
      </w:r>
    </w:p>
    <w:p>
      <w:r>
        <w:t>Additional work: [Quote and approve changes before starting].</w:t>
      </w:r>
    </w:p>
    <w:p>
      <w:pPr>
        <w:pStyle w:val="Heading1"/>
      </w:pPr>
      <w:r>
        <w:t>7. Reporting and communication</w:t>
      </w:r>
    </w:p>
    <w:p>
      <w:r>
        <w:t>[Primary channel; status-update cadence; escalation contact; review meeting].</w:t>
      </w:r>
    </w:p>
    <w:p>
      <w:pPr>
        <w:pStyle w:val="Heading1"/>
      </w:pPr>
      <w:r>
        <w:t>8. Team and relevant experience</w:t>
      </w:r>
    </w:p>
    <w:p>
      <w:r>
        <w:t>Team: [Name, role and what each person does on this project].</w:t>
      </w:r>
    </w:p>
    <w:p>
      <w:r>
        <w:t>Experience: [Real, permissioned examples and results. Do not invent case studies or testimonials.]</w:t>
      </w:r>
    </w:p>
    <w:p>
      <w:pPr>
        <w:pStyle w:val="Heading1"/>
      </w:pPr>
      <w:r>
        <w:t>9. Next steps</w:t>
      </w:r>
    </w:p>
    <w:p>
      <w:r>
        <w:t>[Review scope; resolve open assumptions; confirm start date; execute agreement].</w:t>
      </w:r>
    </w:p>
    <w:p>
      <w:r>
        <w:t>This proposal describes the offer. Attach the appropriate services agreement covering rights, confidentiality, liability, cancellation and governing law before work starts.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agency proposal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