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Production Proposal Template</w:t>
      </w:r>
    </w:p>
    <w:p>
      <w:r>
        <w:rPr>
          <w:i/>
          <w:color w:val="555555"/>
          <w:sz w:val="18"/>
        </w:rPr>
        <w:t>Replace every [bracket] and every example figure with your own scope, dates and prices, and delete this note before sending. A proposal describes the offer; attach a services agreement that covers ownership, confidentiality, liability, cancellation and governing law before work starts.</w:t>
      </w:r>
    </w:p>
    <w:p>
      <w:r>
        <w:rPr>
          <w:color w:val="555555"/>
          <w:sz w:val="18"/>
        </w:rPr>
        <w:t>Source: https://agencypro.app/proposals/video-production-proposal</w:t>
      </w:r>
    </w:p>
    <w:p>
      <w:pPr>
        <w:pStyle w:val="Heading1"/>
      </w:pPr>
      <w:r>
        <w:t>Project overview</w:t>
      </w:r>
    </w:p>
    <w:p>
      <w:r>
        <w:t>[Client Name] needs a [type, e.g., "90-second brand video"] to [goal, e.g., "explain the product on the homepage and in sales emails"].</w:t>
      </w:r>
    </w:p>
    <w:p>
      <w:r>
        <w:t>We propose a [1]-day shoot at [location], with pre-production in weeks 1-2 and final delivery in week [6]. The fixed fee is $[amount], including the master video and [X] social cutdowns.</w:t>
      </w:r>
    </w:p>
    <w:p>
      <w:r>
        <w:t>The concept, production plan, deliverables, revisions, usage rights and payment terms are below.</w:t>
      </w:r>
    </w:p>
    <w:p>
      <w:pPr>
        <w:pStyle w:val="Heading1"/>
      </w:pPr>
      <w:r>
        <w:t>Concept</w:t>
      </w:r>
    </w:p>
    <w:p>
      <w:r>
        <w:t>Objective: [e.g., "Help visitors understand what the product does in under two minutes"]</w:t>
      </w:r>
    </w:p>
    <w:p>
      <w:r>
        <w:t>Audience: [who will watch and where, e.g., "operations managers, on the homepage and in sales follow-ups"]</w:t>
      </w:r>
    </w:p>
    <w:p>
      <w:r>
        <w:t>Key message: [one sentence]</w:t>
      </w:r>
    </w:p>
    <w:p>
      <w:r>
        <w:t>Format: [e.g., "customer interview with product B-roll and on-screen text"]</w:t>
      </w:r>
    </w:p>
    <w:p>
      <w:r>
        <w:t>Length: [master length], plus [X] cutdowns of [15 and 30] seconds</w:t>
      </w:r>
    </w:p>
    <w:p>
      <w:r>
        <w:t>Tone and look: [e.g., "natural light, handheld, warm color grade"]</w:t>
      </w:r>
    </w:p>
    <w:p>
      <w:r>
        <w:t>Call to action: [e.g., "Book a demo"]</w:t>
      </w:r>
    </w:p>
    <w:p>
      <w:r>
        <w:t>Reference videos: [links to two or three examples the client has agreed reflect the style]</w:t>
      </w:r>
    </w:p>
    <w:p>
      <w:pPr>
        <w:pStyle w:val="Heading1"/>
      </w:pPr>
      <w:r>
        <w:t>Production plan and timeline</w:t>
      </w:r>
    </w:p>
    <w:p>
      <w:r>
        <w:t>Example 6-week plan:</w:t>
      </w:r>
    </w:p>
    <w:p>
      <w:r>
        <w:t>Weeks 1-2: Pre-production</w:t>
      </w:r>
    </w:p>
    <w:p>
      <w:r>
        <w:t>- Creative brief, script and shot list</w:t>
      </w:r>
    </w:p>
    <w:p>
      <w:r>
        <w:t>- Casting or interviewee scheduling, location confirmation and permits</w:t>
      </w:r>
    </w:p>
    <w:p>
      <w:r>
        <w:t>- Milestone: script and shot list approved</w:t>
      </w:r>
    </w:p>
    <w:p>
      <w:r>
        <w:t>Week 3: Production</w:t>
      </w:r>
    </w:p>
    <w:p>
      <w:r>
        <w:t>- [1] shoot day at [location], [X] hours on site</w:t>
      </w:r>
    </w:p>
    <w:p>
      <w:r>
        <w:t>- Crew: [director, camera operator, sound recordist, gaffer]</w:t>
      </w:r>
    </w:p>
    <w:p>
      <w:r>
        <w:t>- Milestone: footage captured and backed up</w:t>
      </w:r>
    </w:p>
    <w:p>
      <w:r>
        <w:t>Weeks 4-5: Post-production</w:t>
      </w:r>
    </w:p>
    <w:p>
      <w:r>
        <w:t>- Edit, music, color grade, sound mix, captions and graphics</w:t>
      </w:r>
    </w:p>
    <w:p>
      <w:r>
        <w:t>- First cut delivered at the end of week 4</w:t>
      </w:r>
    </w:p>
    <w:p>
      <w:r>
        <w:t>- Milestone: final cut approved</w:t>
      </w:r>
    </w:p>
    <w:p>
      <w:r>
        <w:t>Week 6: Delivery</w:t>
      </w:r>
    </w:p>
    <w:p>
      <w:r>
        <w:t>- Master and cutdowns exported in all formats</w:t>
      </w:r>
    </w:p>
    <w:p>
      <w:r>
        <w:t>- Milestone: files delivered</w:t>
      </w:r>
    </w:p>
    <w:p>
      <w:r>
        <w:t>What we need from you: one approver for script and edits, feedback within 3 business days, and access to the location on the shoot day.</w:t>
      </w:r>
    </w:p>
    <w:p>
      <w:pPr>
        <w:pStyle w:val="Heading1"/>
      </w:pPr>
      <w:r>
        <w:t>Deliverables</w:t>
      </w:r>
    </w:p>
    <w:p>
      <w:r>
        <w:t>- Master video, [90] seconds, 16:9, 4K (3840x2160) and 1080p, MP4 (H.264)</w:t>
      </w:r>
    </w:p>
    <w:p>
      <w:r>
        <w:t>- [2] social cutdowns, [15 and 30] seconds, 9:16 and 1:1</w:t>
      </w:r>
    </w:p>
    <w:p>
      <w:r>
        <w:t>- Burned-in captions on social versions, plus a separate SRT caption file</w:t>
      </w:r>
    </w:p>
    <w:p>
      <w:r>
        <w:t>- Thumbnail still for [YouTube/website]</w:t>
      </w:r>
    </w:p>
    <w:p>
      <w:r>
        <w:t>- [Optional] Textless version of the master for future edits</w:t>
      </w:r>
    </w:p>
    <w:p>
      <w:r>
        <w:t>Not included unless added below: raw footage, project files, additional language versions.</w:t>
      </w:r>
    </w:p>
    <w:p>
      <w:pPr>
        <w:pStyle w:val="Heading1"/>
      </w:pPr>
      <w:r>
        <w:t>Revisions</w:t>
      </w:r>
    </w:p>
    <w:p>
      <w:r>
        <w:t>Included: two rounds of revisions on the edit. A round is one consolidated set of notes from your team, sent within 3 business days of receiving the cut.</w:t>
      </w:r>
    </w:p>
    <w:p>
      <w:r>
        <w:t>A revision covers: trimming or reordering shots, changing on-screen text, adjusting music volume, color tweaks and swapping footage we already shot.</w:t>
      </w:r>
    </w:p>
    <w:p>
      <w:r>
        <w:t>Not a revision: reshoots, a new script or concept after approval, new interviews, or adding footage we did not capture. We will quote these before starting. Extra edit time: $[rate]/hour.</w:t>
      </w:r>
    </w:p>
    <w:p>
      <w:pPr>
        <w:pStyle w:val="Heading1"/>
      </w:pPr>
      <w:r>
        <w:t>Usage rights and licensing</w:t>
      </w:r>
    </w:p>
    <w:p>
      <w:r>
        <w:t>On final payment, [Client Name] may use the delivered videos on [the website, social media, paid advertising and sales presentations], worldwide, for [an unlimited period / X years].</w:t>
      </w:r>
    </w:p>
    <w:p>
      <w:r>
        <w:t>Music: licensed from [library] for the uses above. Using the video in [TV or cinema] may require an extended license.</w:t>
      </w:r>
    </w:p>
    <w:p>
      <w:r>
        <w:t>Talent: on-camera contributors sign release forms covering the same uses.</w:t>
      </w:r>
    </w:p>
    <w:p>
      <w:r>
        <w:t>Portfolio: we may show the finished video in our portfolio unless you ask us not to.</w:t>
      </w:r>
    </w:p>
    <w:p>
      <w:r>
        <w:t>Raw footage and project files remain ours unless purchased separately.</w:t>
      </w:r>
    </w:p>
    <w:p>
      <w:pPr>
        <w:pStyle w:val="Heading1"/>
      </w:pPr>
      <w:r>
        <w:t>Investment and payment</w:t>
      </w:r>
    </w:p>
    <w:p>
      <w:r>
        <w:t>Example pricing structure (illustrative; replace with your own rates):</w:t>
      </w:r>
    </w:p>
    <w:p>
      <w:r>
        <w:t>- Pre-production (script, shot list, scheduling): $[amount]</w:t>
      </w:r>
    </w:p>
    <w:p>
      <w:r>
        <w:t>- Shoot day with [X]-person crew and equipment: $[amount] per day x [1]</w:t>
      </w:r>
    </w:p>
    <w:p>
      <w:r>
        <w:t>- Post-production (edit, grade, sound, captions): $[amount] per edit day x [X]</w:t>
      </w:r>
    </w:p>
    <w:p>
      <w:r>
        <w:t>- Music license: $[amount]</w:t>
      </w:r>
    </w:p>
    <w:p>
      <w:r>
        <w:t>- Travel and location costs: at cost, estimated $[amount]</w:t>
      </w:r>
    </w:p>
    <w:p>
      <w:r>
        <w:t>Total fixed fee: $[amount]</w:t>
      </w:r>
    </w:p>
    <w:p>
      <w:r>
        <w:t>Payment schedule:</w:t>
      </w:r>
    </w:p>
    <w:p>
      <w:r>
        <w:t>- 50% ($[amount]) on signing, to book crew and dates</w:t>
      </w:r>
    </w:p>
    <w:p>
      <w:r>
        <w:t>- 50% ($[amount]) on delivery of the final files</w:t>
      </w:r>
    </w:p>
    <w:p>
      <w:r>
        <w:t>Optional extras: additional shoot day $[amount]; extra cutdown $[amount] each; raw footage $[amount]; drone footage $[amount].</w:t>
      </w:r>
    </w:p>
    <w:p>
      <w:r>
        <w:t>This quote is valid until [date].</w:t>
      </w:r>
    </w:p>
    <w:p>
      <w:pPr>
        <w:pStyle w:val="Heading1"/>
      </w:pPr>
      <w:r>
        <w:t>Why us</w:t>
      </w:r>
    </w:p>
    <w:p>
      <w:r>
        <w:t>- Relevant work: [two links to similar videos, e.g., customer interview videos for B2B software companies]</w:t>
      </w:r>
    </w:p>
    <w:p>
      <w:r>
        <w:t>- Your producer from brief to delivery: [Name]</w:t>
      </w:r>
    </w:p>
    <w:p>
      <w:r>
        <w:t>- You review cuts and leave time-coded comments in [your review tool or client portal]</w:t>
      </w:r>
    </w:p>
    <w:p>
      <w:r>
        <w:t>- [One specific, checkable proof point: a festival selection, platform certification or reference client]</w:t>
      </w:r>
    </w:p>
    <w:p>
      <w:pPr>
        <w:pStyle w:val="Heading1"/>
      </w:pPr>
      <w:r>
        <w:t>Next steps</w:t>
      </w:r>
    </w:p>
    <w:p>
      <w:r>
        <w:t>1. Approve the concept and choose a shoot date: [option 1] or [option 2]</w:t>
      </w:r>
    </w:p>
    <w:p>
      <w:r>
        <w:t>2. Sign the agreement and pay the 50% deposit to hold the date</w:t>
      </w:r>
    </w:p>
    <w:p>
      <w:r>
        <w:t>3. Pre-production kickoff within [3] business days of signing</w:t>
      </w:r>
    </w:p>
    <w:p>
      <w:r>
        <w:t>This proposal and its shoot dates are held until [date].</w:t>
      </w:r>
    </w:p>
    <w:p>
      <w:r>
        <w:br w:type="page"/>
      </w:r>
    </w:p>
    <w:p>
      <w:pPr>
        <w:pStyle w:val="Heading1"/>
      </w:pPr>
      <w:r>
        <w:t>Notes for each section (delete before sending)</w:t>
      </w:r>
    </w:p>
    <w:p>
      <w:r>
        <w:rPr>
          <w:b/>
        </w:rPr>
        <w:t xml:space="preserve">Project overview: </w:t>
      </w:r>
      <w:r>
        <w:t>What the video is for, who will watch it, and the headline scope, timeline and fee.</w:t>
      </w:r>
    </w:p>
    <w:p>
      <w:r>
        <w:rPr>
          <w:b/>
        </w:rPr>
        <w:t xml:space="preserve">Concept: </w:t>
      </w:r>
      <w:r>
        <w:t>Get the idea approved before production starts. Keep it to one page.</w:t>
      </w:r>
    </w:p>
    <w:p>
      <w:r>
        <w:rPr>
          <w:b/>
        </w:rPr>
        <w:t xml:space="preserve">Production plan and timeline: </w:t>
      </w:r>
      <w:r>
        <w:t>Break the project into phases with deliverables and approval points.</w:t>
      </w:r>
    </w:p>
    <w:p>
      <w:r>
        <w:rPr>
          <w:b/>
        </w:rPr>
        <w:t xml:space="preserve">Deliverables: </w:t>
      </w:r>
      <w:r>
        <w:t>Name every file the client will receive, with format and aspect ratio.</w:t>
      </w:r>
    </w:p>
    <w:p>
      <w:r>
        <w:rPr>
          <w:b/>
        </w:rPr>
        <w:t xml:space="preserve">Revisions: </w:t>
      </w:r>
      <w:r>
        <w:t>Say how many rounds are included and what counts as a revision.</w:t>
      </w:r>
    </w:p>
    <w:p>
      <w:r>
        <w:rPr>
          <w:b/>
        </w:rPr>
        <w:t xml:space="preserve">Usage rights and licensing: </w:t>
      </w:r>
      <w:r>
        <w:t>State where and for how long the client can use the video, and how music and talent are licensed.</w:t>
      </w:r>
    </w:p>
    <w:p>
      <w:r>
        <w:rPr>
          <w:b/>
        </w:rPr>
        <w:t xml:space="preserve">Investment and payment: </w:t>
      </w:r>
      <w:r>
        <w:t>Price by phase and by day so the client can see what drives the cost. Replace the example items with your own rates.</w:t>
      </w:r>
    </w:p>
    <w:p>
      <w:r>
        <w:rPr>
          <w:b/>
        </w:rPr>
        <w:t xml:space="preserve">Why us: </w:t>
      </w:r>
      <w:r>
        <w:t>Show relevant work rather than general claims.</w:t>
      </w:r>
    </w:p>
    <w:p>
      <w:r>
        <w:rPr>
          <w:b/>
        </w:rPr>
        <w:t xml:space="preserve">Next steps: </w:t>
      </w:r>
      <w:r>
        <w:t>Lock the shoot date as soon as possible; crew availability often decides the timeline.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Proposal Template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