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Design Proposal Template</w:t>
      </w:r>
    </w:p>
    <w:p>
      <w:r>
        <w:rPr>
          <w:i/>
          <w:color w:val="555555"/>
          <w:sz w:val="18"/>
        </w:rPr>
        <w:t>Replace every [bracket] and every example figure with your own scope, dates and prices, and delete this note before sending. A proposal describes the offer; attach a services agreement that covers ownership, confidentiality, liability, cancellation and governing law before work starts.</w:t>
      </w:r>
    </w:p>
    <w:p>
      <w:r>
        <w:rPr>
          <w:color w:val="555555"/>
          <w:sz w:val="18"/>
        </w:rPr>
        <w:t>Source: https://agencypro.app/proposals/web-design-proposal</w:t>
      </w:r>
    </w:p>
    <w:p>
      <w:pPr>
        <w:pStyle w:val="Heading1"/>
      </w:pPr>
      <w:r>
        <w:t>Project overview</w:t>
      </w:r>
    </w:p>
    <w:p>
      <w:r>
        <w:t>[Client Name] needs a new website that [goal, e.g., "turns more visitors into booked consultations and can be updated by your own team"].</w:t>
      </w:r>
    </w:p>
    <w:p>
      <w:r>
        <w:t>We propose designing and building a [X]-page responsive site on [platform], launched within [10] weeks of kickoff. The fixed project fee is $[amount], paid in three stages.</w:t>
      </w:r>
    </w:p>
    <w:p>
      <w:r>
        <w:t>The scope, process, timeline, revision policy and payment terms are below.</w:t>
      </w:r>
    </w:p>
    <w:p>
      <w:pPr>
        <w:pStyle w:val="Heading1"/>
      </w:pPr>
      <w:r>
        <w:t>Goals and success measures</w:t>
      </w:r>
    </w:p>
    <w:p>
      <w:r>
        <w:t>Goals:</w:t>
      </w:r>
    </w:p>
    <w:p>
      <w:r>
        <w:t>1. [e.g., Increase consultation requests from the site]</w:t>
      </w:r>
    </w:p>
    <w:p>
      <w:r>
        <w:t>2. [e.g., Let the marketing team publish pages without a developer]</w:t>
      </w:r>
    </w:p>
    <w:p>
      <w:r>
        <w:t>3. [e.g., Reflect the new brand]</w:t>
      </w:r>
    </w:p>
    <w:p>
      <w:r>
        <w:t>How we will measure success (baselines from your analytics):</w:t>
      </w:r>
    </w:p>
    <w:p>
      <w:r>
        <w:t>- Consultation requests per month: currently [X]</w:t>
      </w:r>
    </w:p>
    <w:p>
      <w:r>
        <w:t>- Mobile conversion rate: currently [X]%</w:t>
      </w:r>
    </w:p>
    <w:p>
      <w:r>
        <w:t>- Largest Contentful Paint on key pages: currently [X] seconds; target under 2.5 seconds (Google's "good" threshold)</w:t>
      </w:r>
    </w:p>
    <w:p>
      <w:r>
        <w:t>Who the site is for: [main audience and what they need to find quickly].</w:t>
      </w:r>
    </w:p>
    <w:p>
      <w:pPr>
        <w:pStyle w:val="Heading1"/>
      </w:pPr>
      <w:r>
        <w:t>Scope: pages and features</w:t>
      </w:r>
    </w:p>
    <w:p>
      <w:r>
        <w:t>Example page list (adjust to your project):</w:t>
      </w:r>
    </w:p>
    <w:p>
      <w:r>
        <w:t>1. Home</w:t>
      </w:r>
    </w:p>
    <w:p>
      <w:r>
        <w:t>2. About</w:t>
      </w:r>
    </w:p>
    <w:p>
      <w:r>
        <w:t>3. Services overview</w:t>
      </w:r>
    </w:p>
    <w:p>
      <w:r>
        <w:t>4. Service detail template (used for [X] service pages)</w:t>
      </w:r>
    </w:p>
    <w:p>
      <w:r>
        <w:t>5. Case studies index</w:t>
      </w:r>
    </w:p>
    <w:p>
      <w:r>
        <w:t>6. Case study detail template</w:t>
      </w:r>
    </w:p>
    <w:p>
      <w:r>
        <w:t>7. Blog index and article template</w:t>
      </w:r>
    </w:p>
    <w:p>
      <w:r>
        <w:t>8. Contact, with a form connected to [CRM/email]</w:t>
      </w:r>
    </w:p>
    <w:p>
      <w:r>
        <w:t>9. Privacy policy and 404 page</w:t>
      </w:r>
    </w:p>
    <w:p>
      <w:r>
        <w:t>Features:</w:t>
      </w:r>
    </w:p>
    <w:p>
      <w:r>
        <w:t>- Responsive design for mobile, tablet and desktop</w:t>
      </w:r>
    </w:p>
    <w:p>
      <w:r>
        <w:t>- CMS setup on [platform] with editable page sections</w:t>
      </w:r>
    </w:p>
    <w:p>
      <w:r>
        <w:t>- Form integration with [tool]</w:t>
      </w:r>
    </w:p>
    <w:p>
      <w:r>
        <w:t>- On-page SEO basics: titles, meta descriptions, headings, image alt text, XML sitemap</w:t>
      </w:r>
    </w:p>
    <w:p>
      <w:r>
        <w:t>- 301 redirects from old URLs to new ones</w:t>
      </w:r>
    </w:p>
    <w:p>
      <w:r>
        <w:t>- Analytics and conversion tracking</w:t>
      </w:r>
    </w:p>
    <w:p>
      <w:r>
        <w:t>- Accessibility checks against WCAG 2.2 AA for contrast, headings, forms and keyboard navigation</w:t>
      </w:r>
    </w:p>
    <w:p>
      <w:r>
        <w:t>Not included: copywriting (unless added below), photography, hosting fees, third-party license fees and ongoing maintenance.</w:t>
      </w:r>
    </w:p>
    <w:p>
      <w:pPr>
        <w:pStyle w:val="Heading1"/>
      </w:pPr>
      <w:r>
        <w:t>Process</w:t>
      </w:r>
    </w:p>
    <w:p>
      <w:r>
        <w:t>1. Discovery: goals workshop, content inventory and sitemap</w:t>
      </w:r>
    </w:p>
    <w:p>
      <w:r>
        <w:t>2. Wireframes: page structure for the key templates</w:t>
      </w:r>
    </w:p>
    <w:p>
      <w:r>
        <w:t>3. Visual design: homepage and key templates in [Figma], then the remaining templates</w:t>
      </w:r>
    </w:p>
    <w:p>
      <w:r>
        <w:t>4. Build: development on a staging site</w:t>
      </w:r>
    </w:p>
    <w:p>
      <w:r>
        <w:t>5. Content entry and QA: cross-browser and device testing, form and tracking tests</w:t>
      </w:r>
    </w:p>
    <w:p>
      <w:r>
        <w:t>6. Launch: go live, redirects and post-launch checks</w:t>
      </w:r>
    </w:p>
    <w:p>
      <w:r>
        <w:t>7. Training and handover: recorded CMS walkthrough and documentation</w:t>
      </w:r>
    </w:p>
    <w:p>
      <w:pPr>
        <w:pStyle w:val="Heading1"/>
      </w:pPr>
      <w:r>
        <w:t>Timeline and milestones</w:t>
      </w:r>
    </w:p>
    <w:p>
      <w:r>
        <w:t>Example 10-week timeline:</w:t>
      </w:r>
    </w:p>
    <w:p>
      <w:r>
        <w:t>- Week 1: Kickoff and discovery. Milestone: sitemap approved</w:t>
      </w:r>
    </w:p>
    <w:p>
      <w:r>
        <w:t>- Weeks 2-3: Wireframes. Milestone: wireframes approved</w:t>
      </w:r>
    </w:p>
    <w:p>
      <w:r>
        <w:t>- Weeks 4-5: Visual design of homepage and key templates. Milestone: design approved</w:t>
      </w:r>
    </w:p>
    <w:p>
      <w:r>
        <w:t>- Weeks 6-8: Development on staging. Milestone: staging site ready for review</w:t>
      </w:r>
    </w:p>
    <w:p>
      <w:r>
        <w:t>- Week 9: Content entry, QA and fixes. Milestone: launch sign-off</w:t>
      </w:r>
    </w:p>
    <w:p>
      <w:r>
        <w:t>- Week 10: Launch, redirects and training. Milestone: site live</w:t>
      </w:r>
    </w:p>
    <w:p>
      <w:r>
        <w:t>This timeline assumes feedback within 3 business days at each milestone and final content supplied by the end of week 5. If content or feedback is late, the launch date moves by the same amount.</w:t>
      </w:r>
    </w:p>
    <w:p>
      <w:pPr>
        <w:pStyle w:val="Heading1"/>
      </w:pPr>
      <w:r>
        <w:t>Technology, hosting and ownership</w:t>
      </w:r>
    </w:p>
    <w:p>
      <w:r>
        <w:t>Recommended platform: [e.g., WordPress, Webflow or Shopify], because [reason tied to the client, e.g., "your team already uses it" or "you need to sell online"].</w:t>
      </w:r>
    </w:p>
    <w:p>
      <w:r>
        <w:t>- Hosting: [provider], about $[amount]/month, paid by [Client Name]</w:t>
      </w:r>
    </w:p>
    <w:p>
      <w:r>
        <w:t>- Domain and DNS: stay in [Client Name]'s account</w:t>
      </w:r>
    </w:p>
    <w:p>
      <w:r>
        <w:t>- Plugins or apps: [list], license costs about $[amount]/year</w:t>
      </w:r>
    </w:p>
    <w:p>
      <w:r>
        <w:t>- Ownership: all accounts are in [Client Name]'s name, with our team added as users. Design files and code transfer to you on final payment.</w:t>
      </w:r>
    </w:p>
    <w:p>
      <w:pPr>
        <w:pStyle w:val="Heading1"/>
      </w:pPr>
      <w:r>
        <w:t>Revision policy</w:t>
      </w:r>
    </w:p>
    <w:p>
      <w:r>
        <w:t>Included: two rounds of revisions on wireframes and two on visual design, per template. A round is one consolidated set of feedback from your team.</w:t>
      </w:r>
    </w:p>
    <w:p>
      <w:r>
        <w:t>A revision: changes to layout, color, type, imagery and copy placement within the agreed pages.</w:t>
      </w:r>
    </w:p>
    <w:p>
      <w:r>
        <w:t>A change request: new pages or templates, new features, a new design direction after approval, or changes to stages already approved.</w:t>
      </w:r>
    </w:p>
    <w:p>
      <w:r>
        <w:t>We quote change requests before starting the work. Additional revision rounds are billed at $[rate]/hour.</w:t>
      </w:r>
    </w:p>
    <w:p>
      <w:pPr>
        <w:pStyle w:val="Heading1"/>
      </w:pPr>
      <w:r>
        <w:t>Investment and payment</w:t>
      </w:r>
    </w:p>
    <w:p>
      <w:r>
        <w:t>Fixed project fee: $[amount]</w:t>
      </w:r>
    </w:p>
    <w:p>
      <w:r>
        <w:t>Payment schedule:</w:t>
      </w:r>
    </w:p>
    <w:p>
      <w:r>
        <w:t>- 50% ($[amount]) on signing</w:t>
      </w:r>
    </w:p>
    <w:p>
      <w:r>
        <w:t>- 25% ($[amount]) on design approval</w:t>
      </w:r>
    </w:p>
    <w:p>
      <w:r>
        <w:t>- 25% ($[amount]) on launch</w:t>
      </w:r>
    </w:p>
    <w:p>
      <w:r>
        <w:t>Optional add-ons (example items; set your own prices):</w:t>
      </w:r>
    </w:p>
    <w:p>
      <w:r>
        <w:t>- Copywriting: $[amount] per page</w:t>
      </w:r>
    </w:p>
    <w:p>
      <w:r>
        <w:t>- Additional page template: $[amount]</w:t>
      </w:r>
    </w:p>
    <w:p>
      <w:r>
        <w:t>- Photography: quoted separately</w:t>
      </w:r>
    </w:p>
    <w:p>
      <w:r>
        <w:t>- Care plan (updates, backups, monitoring and [X] hours of small changes a month): $[amount]/month</w:t>
      </w:r>
    </w:p>
    <w:p>
      <w:r>
        <w:t>This quote is valid until [date].</w:t>
      </w:r>
    </w:p>
    <w:p>
      <w:pPr>
        <w:pStyle w:val="Heading1"/>
      </w:pPr>
      <w:r>
        <w:t>Why us</w:t>
      </w:r>
    </w:p>
    <w:p>
      <w:r>
        <w:t>- We have built [X] sites on [platform] for [type of client], including [one relevant example, with link]</w:t>
      </w:r>
    </w:p>
    <w:p>
      <w:r>
        <w:t>- One project lead from kickoff to launch: [Name]</w:t>
      </w:r>
    </w:p>
    <w:p>
      <w:r>
        <w:t>- You can follow progress, review designs and approve milestones in [your client portal]</w:t>
      </w:r>
    </w:p>
    <w:p>
      <w:r>
        <w:t>- [X] days of bug fixes after launch are included at no extra cost</w:t>
      </w:r>
    </w:p>
    <w:p>
      <w:pPr>
        <w:pStyle w:val="Heading1"/>
      </w:pPr>
      <w:r>
        <w:t>Next steps</w:t>
      </w:r>
    </w:p>
    <w:p>
      <w:r>
        <w:t>1. Review the proposal and send us any questions</w:t>
      </w:r>
    </w:p>
    <w:p>
      <w:r>
        <w:t>2. Sign the agreement and pay the 50% deposit</w:t>
      </w:r>
    </w:p>
    <w:p>
      <w:r>
        <w:t>3. We schedule kickoff within [5] business days</w:t>
      </w:r>
    </w:p>
    <w:p>
      <w:r>
        <w:t>4. Before kickoff, send access to your current site, analytics and brand files</w:t>
      </w:r>
    </w:p>
    <w:p>
      <w:r>
        <w:br w:type="page"/>
      </w:r>
    </w:p>
    <w:p>
      <w:pPr>
        <w:pStyle w:val="Heading1"/>
      </w:pPr>
      <w:r>
        <w:t>Notes for each section (delete before sending)</w:t>
      </w:r>
    </w:p>
    <w:p>
      <w:r>
        <w:rPr>
          <w:b/>
        </w:rPr>
        <w:t xml:space="preserve">Project overview: </w:t>
      </w:r>
      <w:r>
        <w:t>One short paragraph on what the client needs, then the headline scope, timeline and fee.</w:t>
      </w:r>
    </w:p>
    <w:p>
      <w:r>
        <w:rPr>
          <w:b/>
        </w:rPr>
        <w:t xml:space="preserve">Goals and success measures: </w:t>
      </w:r>
      <w:r>
        <w:t>Agree what the site has to achieve and how you will know, using the client's current numbers.</w:t>
      </w:r>
    </w:p>
    <w:p>
      <w:r>
        <w:rPr>
          <w:b/>
        </w:rPr>
        <w:t xml:space="preserve">Scope: pages and features: </w:t>
      </w:r>
      <w:r>
        <w:t>Name every page or template. "Up to 10 pages" invites arguments about what a page is.</w:t>
      </w:r>
    </w:p>
    <w:p>
      <w:r>
        <w:rPr>
          <w:b/>
        </w:rPr>
        <w:t xml:space="preserve">Process: </w:t>
      </w:r>
      <w:r>
        <w:t>Show the stages so the client knows when they will be asked to review and approve.</w:t>
      </w:r>
    </w:p>
    <w:p>
      <w:r>
        <w:rPr>
          <w:b/>
        </w:rPr>
        <w:t xml:space="preserve">Timeline and milestones: </w:t>
      </w:r>
      <w:r>
        <w:t>Give dates or weeks, a named approval at each stage, and the assumptions the timeline depends on.</w:t>
      </w:r>
    </w:p>
    <w:p>
      <w:r>
        <w:rPr>
          <w:b/>
        </w:rPr>
        <w:t xml:space="preserve">Technology, hosting and ownership: </w:t>
      </w:r>
      <w:r>
        <w:t>Recommend a platform for a reason the client cares about, and make ownership explicit.</w:t>
      </w:r>
    </w:p>
    <w:p>
      <w:r>
        <w:rPr>
          <w:b/>
        </w:rPr>
        <w:t xml:space="preserve">Revision policy: </w:t>
      </w:r>
      <w:r>
        <w:t>Define a revision and a change request here, not only in the contract.</w:t>
      </w:r>
    </w:p>
    <w:p>
      <w:r>
        <w:rPr>
          <w:b/>
        </w:rPr>
        <w:t xml:space="preserve">Investment and payment: </w:t>
      </w:r>
      <w:r>
        <w:t>One fixed fee, a payment schedule tied to milestones, and priced add-ons. Replace the example items with your own.</w:t>
      </w:r>
    </w:p>
    <w:p>
      <w:r>
        <w:rPr>
          <w:b/>
        </w:rPr>
        <w:t xml:space="preserve">Why us: </w:t>
      </w:r>
      <w:r>
        <w:t>Give specific, checkable reasons.</w:t>
      </w:r>
    </w:p>
    <w:p>
      <w:r>
        <w:rPr>
          <w:b/>
        </w:rPr>
        <w:t xml:space="preserve">Next steps: </w:t>
      </w:r>
      <w:r>
        <w:t>Four steps from yes to kickoff.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Proposal Template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